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31EE" w14:textId="77777777" w:rsidR="00E36E47" w:rsidRDefault="00000000" w:rsidP="00056AA7">
      <w:pPr>
        <w:spacing w:after="0"/>
        <w:jc w:val="center"/>
      </w:pPr>
      <w:r>
        <w:rPr>
          <w:b/>
          <w:color w:val="1F1F1F"/>
          <w:sz w:val="30"/>
        </w:rPr>
        <w:t xml:space="preserve">ANEXO 1 – </w:t>
      </w:r>
      <w:proofErr w:type="spellStart"/>
      <w:r>
        <w:rPr>
          <w:b/>
          <w:color w:val="1F1F1F"/>
          <w:sz w:val="30"/>
        </w:rPr>
        <w:t>Relatório</w:t>
      </w:r>
      <w:proofErr w:type="spellEnd"/>
      <w:r>
        <w:rPr>
          <w:b/>
          <w:color w:val="1F1F1F"/>
          <w:sz w:val="30"/>
        </w:rPr>
        <w:t xml:space="preserve"> para </w:t>
      </w:r>
      <w:proofErr w:type="spellStart"/>
      <w:r>
        <w:rPr>
          <w:b/>
          <w:color w:val="1F1F1F"/>
          <w:sz w:val="30"/>
        </w:rPr>
        <w:t>Avaliação</w:t>
      </w:r>
      <w:proofErr w:type="spellEnd"/>
    </w:p>
    <w:p w14:paraId="0F104311" w14:textId="77777777" w:rsidR="00E36E47" w:rsidRDefault="00000000" w:rsidP="00056AA7">
      <w:pPr>
        <w:spacing w:after="0"/>
        <w:jc w:val="center"/>
        <w:rPr>
          <w:color w:val="1F1F1F"/>
          <w:sz w:val="22"/>
        </w:rPr>
      </w:pPr>
      <w:proofErr w:type="spellStart"/>
      <w:r>
        <w:rPr>
          <w:color w:val="1F1F1F"/>
          <w:sz w:val="22"/>
        </w:rPr>
        <w:t>Edição</w:t>
      </w:r>
      <w:proofErr w:type="spellEnd"/>
      <w:r>
        <w:rPr>
          <w:color w:val="1F1F1F"/>
          <w:sz w:val="22"/>
        </w:rPr>
        <w:t xml:space="preserve"> 2027</w:t>
      </w:r>
    </w:p>
    <w:p w14:paraId="7DE9A137" w14:textId="77777777" w:rsidR="00056AA7" w:rsidRDefault="00056AA7" w:rsidP="00056AA7">
      <w:pPr>
        <w:spacing w:after="0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E36E47" w14:paraId="0CD673A8" w14:textId="77777777">
        <w:trPr>
          <w:jc w:val="center"/>
        </w:trPr>
        <w:tc>
          <w:tcPr>
            <w:tcW w:w="10224" w:type="dxa"/>
            <w:shd w:val="clear" w:color="auto" w:fill="F2F2F2"/>
          </w:tcPr>
          <w:p w14:paraId="06DAA41C" w14:textId="77777777" w:rsidR="00E36E47" w:rsidRDefault="00000000">
            <w:r w:rsidRPr="0087421F">
              <w:rPr>
                <w:b/>
                <w:color w:val="000000"/>
                <w:sz w:val="18"/>
              </w:rPr>
              <w:t>Objetivo do relatório</w:t>
            </w:r>
            <w:r>
              <w:rPr>
                <w:b/>
                <w:color w:val="000000"/>
                <w:sz w:val="18"/>
              </w:rPr>
              <w:br/>
              <w:t>Este relatório é o principal documento analisado pela Comissão Avaliadora. Ele deve apresentar a prática, projeto ou solução de forma clara, objetiva e baseada em evidências. Quanto mais bem demonstrada for a relação entre problema, objetivos, implementação e resultados, maior será a qualidade técnica da avaliação.</w:t>
            </w:r>
          </w:p>
        </w:tc>
      </w:tr>
    </w:tbl>
    <w:p w14:paraId="1A1FB153" w14:textId="77777777" w:rsidR="00E36E47" w:rsidRDefault="00E36E47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E36E47" w14:paraId="29603B9F" w14:textId="77777777">
        <w:trPr>
          <w:jc w:val="center"/>
        </w:trPr>
        <w:tc>
          <w:tcPr>
            <w:tcW w:w="10224" w:type="dxa"/>
            <w:shd w:val="clear" w:color="auto" w:fill="F2F2F2"/>
          </w:tcPr>
          <w:p w14:paraId="4CE286F5" w14:textId="77777777" w:rsidR="00E36E47" w:rsidRDefault="00000000">
            <w:proofErr w:type="spellStart"/>
            <w:r w:rsidRPr="0087421F">
              <w:rPr>
                <w:b/>
                <w:color w:val="000000"/>
                <w:sz w:val="18"/>
              </w:rPr>
              <w:t>Recomendação</w:t>
            </w:r>
            <w:proofErr w:type="spellEnd"/>
            <w:r w:rsidRPr="0087421F">
              <w:rPr>
                <w:b/>
                <w:color w:val="000000"/>
                <w:sz w:val="18"/>
              </w:rPr>
              <w:t xml:space="preserve"> de </w:t>
            </w:r>
            <w:proofErr w:type="spellStart"/>
            <w:r w:rsidRPr="0087421F">
              <w:rPr>
                <w:b/>
                <w:color w:val="000000"/>
                <w:sz w:val="18"/>
              </w:rPr>
              <w:t>preenchimento</w:t>
            </w:r>
            <w:proofErr w:type="spellEnd"/>
            <w:r w:rsidRPr="0087421F">
              <w:rPr>
                <w:b/>
                <w:color w:val="000000"/>
                <w:sz w:val="18"/>
              </w:rPr>
              <w:br/>
            </w:r>
            <w:proofErr w:type="spellStart"/>
            <w:r>
              <w:rPr>
                <w:b/>
                <w:color w:val="000000"/>
                <w:sz w:val="18"/>
              </w:rPr>
              <w:t>Sugere</w:t>
            </w:r>
            <w:proofErr w:type="spellEnd"/>
            <w:r>
              <w:rPr>
                <w:b/>
                <w:color w:val="000000"/>
                <w:sz w:val="18"/>
              </w:rPr>
              <w:t xml:space="preserve">-se </w:t>
            </w:r>
            <w:proofErr w:type="spellStart"/>
            <w:r>
              <w:rPr>
                <w:b/>
                <w:color w:val="000000"/>
                <w:sz w:val="18"/>
              </w:rPr>
              <w:t>que</w:t>
            </w:r>
            <w:proofErr w:type="spellEnd"/>
            <w:r>
              <w:rPr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</w:rPr>
              <w:t>o</w:t>
            </w:r>
            <w:proofErr w:type="spellEnd"/>
            <w:r>
              <w:rPr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</w:rPr>
              <w:t>relatório</w:t>
            </w:r>
            <w:proofErr w:type="spellEnd"/>
            <w:r>
              <w:rPr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</w:rPr>
              <w:t>tenha</w:t>
            </w:r>
            <w:proofErr w:type="spellEnd"/>
            <w:r>
              <w:rPr>
                <w:b/>
                <w:color w:val="000000"/>
                <w:sz w:val="18"/>
              </w:rPr>
              <w:t xml:space="preserve"> até </w:t>
            </w:r>
            <w:r w:rsidRPr="0087421F">
              <w:rPr>
                <w:b/>
                <w:color w:val="000000"/>
                <w:sz w:val="18"/>
              </w:rPr>
              <w:t>15 páginas</w:t>
            </w:r>
            <w:r>
              <w:rPr>
                <w:b/>
                <w:color w:val="000000"/>
                <w:sz w:val="18"/>
              </w:rPr>
              <w:t xml:space="preserve">, </w:t>
            </w:r>
            <w:r w:rsidRPr="0087421F">
              <w:rPr>
                <w:b/>
                <w:color w:val="000000"/>
                <w:sz w:val="18"/>
              </w:rPr>
              <w:t>sem contar anexos, links e materiais complementares</w:t>
            </w:r>
            <w:r>
              <w:rPr>
                <w:b/>
                <w:color w:val="000000"/>
                <w:sz w:val="18"/>
              </w:rPr>
              <w:t>. As respostas devem ser objetivas, mas suficientemente completas para demonstrar impacto, consistência e evidências. Evite apenas narrar atividades; mostre o que mudou a partir delas.</w:t>
            </w:r>
          </w:p>
        </w:tc>
      </w:tr>
    </w:tbl>
    <w:p w14:paraId="6BDC1BB3" w14:textId="77777777" w:rsidR="0087421F" w:rsidRDefault="0087421F" w:rsidP="0087421F">
      <w:pPr>
        <w:pStyle w:val="Ttulo1"/>
        <w:spacing w:before="0"/>
      </w:pPr>
    </w:p>
    <w:p w14:paraId="761F932B" w14:textId="77777777" w:rsidR="00E36E47" w:rsidRPr="0087421F" w:rsidRDefault="00000000" w:rsidP="0087421F">
      <w:pPr>
        <w:pStyle w:val="Ttulo1"/>
        <w:spacing w:before="0"/>
        <w:rPr>
          <w:color w:val="002060"/>
        </w:rPr>
      </w:pPr>
      <w:proofErr w:type="spellStart"/>
      <w:r w:rsidRPr="0087421F">
        <w:rPr>
          <w:color w:val="002060"/>
        </w:rPr>
        <w:t>Critérios</w:t>
      </w:r>
      <w:proofErr w:type="spellEnd"/>
      <w:r w:rsidRPr="0087421F">
        <w:rPr>
          <w:color w:val="002060"/>
        </w:rPr>
        <w:t xml:space="preserve"> </w:t>
      </w:r>
      <w:proofErr w:type="spellStart"/>
      <w:r w:rsidRPr="0087421F">
        <w:rPr>
          <w:color w:val="002060"/>
        </w:rPr>
        <w:t>considerados</w:t>
      </w:r>
      <w:proofErr w:type="spellEnd"/>
      <w:r w:rsidRPr="0087421F">
        <w:rPr>
          <w:color w:val="002060"/>
        </w:rPr>
        <w:t xml:space="preserve"> pela </w:t>
      </w:r>
      <w:proofErr w:type="spellStart"/>
      <w:r w:rsidRPr="0087421F">
        <w:rPr>
          <w:color w:val="002060"/>
        </w:rPr>
        <w:t>Comissão</w:t>
      </w:r>
      <w:proofErr w:type="spellEnd"/>
      <w:r w:rsidRPr="0087421F">
        <w:rPr>
          <w:color w:val="002060"/>
        </w:rPr>
        <w:t xml:space="preserve"> Avaliadora</w:t>
      </w:r>
    </w:p>
    <w:p w14:paraId="345DBD40" w14:textId="77777777" w:rsidR="00E36E47" w:rsidRPr="0087421F" w:rsidRDefault="00000000" w:rsidP="0087421F">
      <w:r w:rsidRPr="00C43F5B">
        <w:t>Os pesos da matriz são fixos e estabelecidos pela organização do PNGE.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05"/>
        <w:gridCol w:w="3404"/>
        <w:gridCol w:w="3405"/>
      </w:tblGrid>
      <w:tr w:rsidR="00E36E47" w14:paraId="6B25F05F" w14:textId="77777777">
        <w:tc>
          <w:tcPr>
            <w:tcW w:w="3408" w:type="dxa"/>
            <w:shd w:val="clear" w:color="auto" w:fill="1F4E79"/>
            <w:vAlign w:val="center"/>
          </w:tcPr>
          <w:p w14:paraId="0B3217FF" w14:textId="77777777" w:rsidR="00E36E47" w:rsidRDefault="00000000" w:rsidP="0087421F">
            <w:proofErr w:type="spellStart"/>
            <w:r>
              <w:rPr>
                <w:b/>
                <w:color w:val="FFFFFF"/>
                <w:sz w:val="18"/>
              </w:rPr>
              <w:t>Critério</w:t>
            </w:r>
            <w:proofErr w:type="spellEnd"/>
          </w:p>
        </w:tc>
        <w:tc>
          <w:tcPr>
            <w:tcW w:w="3408" w:type="dxa"/>
            <w:shd w:val="clear" w:color="auto" w:fill="1F4E79"/>
            <w:vAlign w:val="center"/>
          </w:tcPr>
          <w:p w14:paraId="1BCF39A7" w14:textId="77777777" w:rsidR="00E36E47" w:rsidRDefault="00000000" w:rsidP="0087421F">
            <w:r>
              <w:rPr>
                <w:b/>
                <w:color w:val="FFFFFF"/>
                <w:sz w:val="18"/>
              </w:rPr>
              <w:t>Peso</w:t>
            </w:r>
          </w:p>
        </w:tc>
        <w:tc>
          <w:tcPr>
            <w:tcW w:w="3408" w:type="dxa"/>
            <w:shd w:val="clear" w:color="auto" w:fill="1F4E79"/>
            <w:vAlign w:val="center"/>
          </w:tcPr>
          <w:p w14:paraId="77E36EFE" w14:textId="77777777" w:rsidR="00E36E47" w:rsidRDefault="00000000" w:rsidP="0087421F">
            <w:r>
              <w:rPr>
                <w:b/>
                <w:color w:val="FFFFFF"/>
                <w:sz w:val="18"/>
              </w:rPr>
              <w:t>O que deve ser demonstrado</w:t>
            </w:r>
          </w:p>
        </w:tc>
      </w:tr>
      <w:tr w:rsidR="00E36E47" w14:paraId="2E28EA56" w14:textId="77777777">
        <w:tc>
          <w:tcPr>
            <w:tcW w:w="3408" w:type="dxa"/>
            <w:shd w:val="clear" w:color="auto" w:fill="F2F2F2"/>
            <w:vAlign w:val="center"/>
          </w:tcPr>
          <w:p w14:paraId="29834E25" w14:textId="77777777" w:rsidR="00E36E47" w:rsidRDefault="00000000" w:rsidP="0087421F">
            <w:r>
              <w:rPr>
                <w:b/>
                <w:color w:val="000000"/>
                <w:sz w:val="16"/>
              </w:rPr>
              <w:t>Relevância do problema e clareza dos objetivos</w:t>
            </w:r>
          </w:p>
        </w:tc>
        <w:tc>
          <w:tcPr>
            <w:tcW w:w="3408" w:type="dxa"/>
            <w:vAlign w:val="center"/>
          </w:tcPr>
          <w:p w14:paraId="2D59AEFE" w14:textId="77777777" w:rsidR="00E36E47" w:rsidRPr="00387610" w:rsidRDefault="00000000" w:rsidP="0087421F">
            <w:r>
              <w:rPr>
                <w:color w:val="000000"/>
                <w:sz w:val="16"/>
              </w:rPr>
              <w:t>15%</w:t>
            </w:r>
          </w:p>
        </w:tc>
        <w:tc>
          <w:tcPr>
            <w:tcW w:w="3408" w:type="dxa"/>
            <w:vAlign w:val="center"/>
          </w:tcPr>
          <w:p w14:paraId="649B2009" w14:textId="77777777" w:rsidR="00E36E47" w:rsidRDefault="00000000" w:rsidP="0087421F">
            <w:r>
              <w:rPr>
                <w:color w:val="000000"/>
                <w:sz w:val="16"/>
              </w:rPr>
              <w:t>Clareza do desafio, contextualização do cenário inicial e coerência entre problema, objetivos e solução.</w:t>
            </w:r>
          </w:p>
        </w:tc>
      </w:tr>
      <w:tr w:rsidR="00E36E47" w14:paraId="54E098D1" w14:textId="77777777">
        <w:tc>
          <w:tcPr>
            <w:tcW w:w="3408" w:type="dxa"/>
            <w:shd w:val="clear" w:color="auto" w:fill="F2F2F2"/>
            <w:vAlign w:val="center"/>
          </w:tcPr>
          <w:p w14:paraId="72B2C2C0" w14:textId="77777777" w:rsidR="00E36E47" w:rsidRDefault="00000000" w:rsidP="0087421F">
            <w:r>
              <w:rPr>
                <w:b/>
                <w:color w:val="000000"/>
                <w:sz w:val="16"/>
              </w:rPr>
              <w:t>Qualidade da implementação</w:t>
            </w:r>
          </w:p>
        </w:tc>
        <w:tc>
          <w:tcPr>
            <w:tcW w:w="3408" w:type="dxa"/>
            <w:vAlign w:val="center"/>
          </w:tcPr>
          <w:p w14:paraId="4EE633F7" w14:textId="77777777" w:rsidR="00E36E47" w:rsidRPr="00387610" w:rsidRDefault="00000000" w:rsidP="0087421F">
            <w:r>
              <w:rPr>
                <w:color w:val="000000"/>
                <w:sz w:val="16"/>
              </w:rPr>
              <w:t>20%</w:t>
            </w:r>
          </w:p>
        </w:tc>
        <w:tc>
          <w:tcPr>
            <w:tcW w:w="3408" w:type="dxa"/>
            <w:vAlign w:val="center"/>
          </w:tcPr>
          <w:p w14:paraId="70645A14" w14:textId="77777777" w:rsidR="00E36E47" w:rsidRDefault="00000000" w:rsidP="0087421F">
            <w:r>
              <w:rPr>
                <w:color w:val="000000"/>
                <w:sz w:val="16"/>
              </w:rPr>
              <w:t>Planejamento, etapas, metodologia, equipe, liderança, mobilização, governança e execução.</w:t>
            </w:r>
          </w:p>
        </w:tc>
      </w:tr>
      <w:tr w:rsidR="00E36E47" w14:paraId="001051AD" w14:textId="77777777">
        <w:tc>
          <w:tcPr>
            <w:tcW w:w="3408" w:type="dxa"/>
            <w:shd w:val="clear" w:color="auto" w:fill="F2F2F2"/>
            <w:vAlign w:val="center"/>
          </w:tcPr>
          <w:p w14:paraId="475364F7" w14:textId="77777777" w:rsidR="00E36E47" w:rsidRDefault="00000000" w:rsidP="0087421F">
            <w:r>
              <w:rPr>
                <w:b/>
                <w:color w:val="000000"/>
                <w:sz w:val="16"/>
              </w:rPr>
              <w:t>Evidências de impacto e resultados</w:t>
            </w:r>
          </w:p>
        </w:tc>
        <w:tc>
          <w:tcPr>
            <w:tcW w:w="3408" w:type="dxa"/>
            <w:vAlign w:val="center"/>
          </w:tcPr>
          <w:p w14:paraId="655525CE" w14:textId="77777777" w:rsidR="00E36E47" w:rsidRPr="00387610" w:rsidRDefault="00000000" w:rsidP="0087421F">
            <w:r>
              <w:rPr>
                <w:color w:val="000000"/>
                <w:sz w:val="16"/>
              </w:rPr>
              <w:t>25%</w:t>
            </w:r>
          </w:p>
        </w:tc>
        <w:tc>
          <w:tcPr>
            <w:tcW w:w="3408" w:type="dxa"/>
            <w:vAlign w:val="center"/>
          </w:tcPr>
          <w:p w14:paraId="0E983405" w14:textId="77777777" w:rsidR="00E36E47" w:rsidRDefault="00000000" w:rsidP="0087421F">
            <w:r>
              <w:rPr>
                <w:color w:val="000000"/>
                <w:sz w:val="16"/>
              </w:rPr>
              <w:t>Indicadores, dados antes/depois, fontes, metodologia de apuração, validações e evidências comprobatórias.</w:t>
            </w:r>
          </w:p>
        </w:tc>
      </w:tr>
      <w:tr w:rsidR="00E36E47" w14:paraId="689787AA" w14:textId="77777777">
        <w:tc>
          <w:tcPr>
            <w:tcW w:w="3408" w:type="dxa"/>
            <w:shd w:val="clear" w:color="auto" w:fill="F2F2F2"/>
            <w:vAlign w:val="center"/>
          </w:tcPr>
          <w:p w14:paraId="0D1A139F" w14:textId="77777777" w:rsidR="00E36E47" w:rsidRDefault="00000000" w:rsidP="0087421F">
            <w:r>
              <w:rPr>
                <w:b/>
                <w:color w:val="000000"/>
                <w:sz w:val="16"/>
              </w:rPr>
              <w:t>Inovação ou diferencial da prática</w:t>
            </w:r>
          </w:p>
        </w:tc>
        <w:tc>
          <w:tcPr>
            <w:tcW w:w="3408" w:type="dxa"/>
            <w:vAlign w:val="center"/>
          </w:tcPr>
          <w:p w14:paraId="3C6F6FF6" w14:textId="77777777" w:rsidR="00E36E47" w:rsidRPr="00387610" w:rsidRDefault="00000000" w:rsidP="0087421F">
            <w:r>
              <w:rPr>
                <w:color w:val="000000"/>
                <w:sz w:val="16"/>
              </w:rPr>
              <w:t>20%</w:t>
            </w:r>
          </w:p>
        </w:tc>
        <w:tc>
          <w:tcPr>
            <w:tcW w:w="3408" w:type="dxa"/>
            <w:vAlign w:val="center"/>
          </w:tcPr>
          <w:p w14:paraId="1A271684" w14:textId="77777777" w:rsidR="00E36E47" w:rsidRDefault="00000000" w:rsidP="0087421F">
            <w:r>
              <w:rPr>
                <w:color w:val="000000"/>
                <w:sz w:val="16"/>
              </w:rPr>
              <w:t>Criatividade, originalidade ou diferencial metodológico, pedagógico, tecnológico, de gestão ou abordagem.</w:t>
            </w:r>
          </w:p>
        </w:tc>
      </w:tr>
      <w:tr w:rsidR="00E36E47" w14:paraId="15F98B9D" w14:textId="77777777">
        <w:tc>
          <w:tcPr>
            <w:tcW w:w="3408" w:type="dxa"/>
            <w:shd w:val="clear" w:color="auto" w:fill="F2F2F2"/>
            <w:vAlign w:val="center"/>
          </w:tcPr>
          <w:p w14:paraId="183C6A10" w14:textId="77777777" w:rsidR="00E36E47" w:rsidRDefault="00000000" w:rsidP="0087421F">
            <w:r>
              <w:rPr>
                <w:b/>
                <w:color w:val="000000"/>
                <w:sz w:val="16"/>
              </w:rPr>
              <w:t>Sustentabilidade e continuidade</w:t>
            </w:r>
          </w:p>
        </w:tc>
        <w:tc>
          <w:tcPr>
            <w:tcW w:w="3408" w:type="dxa"/>
            <w:vAlign w:val="center"/>
          </w:tcPr>
          <w:p w14:paraId="60BDB177" w14:textId="77777777" w:rsidR="00E36E47" w:rsidRPr="00387610" w:rsidRDefault="00000000" w:rsidP="0087421F">
            <w:r>
              <w:rPr>
                <w:color w:val="000000"/>
                <w:sz w:val="16"/>
              </w:rPr>
              <w:t>10%</w:t>
            </w:r>
          </w:p>
        </w:tc>
        <w:tc>
          <w:tcPr>
            <w:tcW w:w="3408" w:type="dxa"/>
            <w:vAlign w:val="center"/>
          </w:tcPr>
          <w:p w14:paraId="684E1146" w14:textId="77777777" w:rsidR="00E36E47" w:rsidRDefault="00000000" w:rsidP="0087421F">
            <w:r>
              <w:rPr>
                <w:color w:val="000000"/>
                <w:sz w:val="16"/>
              </w:rPr>
              <w:t>Condições de permanência, expansão, recursos, políticas, processos, estrutura e aprendizado incorporado.</w:t>
            </w:r>
          </w:p>
        </w:tc>
      </w:tr>
      <w:tr w:rsidR="00E36E47" w14:paraId="21F38032" w14:textId="77777777">
        <w:tc>
          <w:tcPr>
            <w:tcW w:w="3408" w:type="dxa"/>
            <w:shd w:val="clear" w:color="auto" w:fill="F2F2F2"/>
            <w:vAlign w:val="center"/>
          </w:tcPr>
          <w:p w14:paraId="216DD011" w14:textId="77777777" w:rsidR="00E36E47" w:rsidRDefault="00000000" w:rsidP="0087421F">
            <w:r>
              <w:rPr>
                <w:b/>
                <w:color w:val="000000"/>
                <w:sz w:val="16"/>
              </w:rPr>
              <w:t>Replicabilidade ou potencial de inspiração</w:t>
            </w:r>
          </w:p>
        </w:tc>
        <w:tc>
          <w:tcPr>
            <w:tcW w:w="3408" w:type="dxa"/>
            <w:vAlign w:val="center"/>
          </w:tcPr>
          <w:p w14:paraId="0CD3E157" w14:textId="77777777" w:rsidR="00E36E47" w:rsidRPr="00387610" w:rsidRDefault="00000000" w:rsidP="0087421F">
            <w:r>
              <w:rPr>
                <w:color w:val="000000"/>
                <w:sz w:val="16"/>
              </w:rPr>
              <w:t>10%</w:t>
            </w:r>
          </w:p>
        </w:tc>
        <w:tc>
          <w:tcPr>
            <w:tcW w:w="3408" w:type="dxa"/>
            <w:vAlign w:val="center"/>
          </w:tcPr>
          <w:p w14:paraId="37786CD2" w14:textId="77777777" w:rsidR="00E36E47" w:rsidRDefault="00000000" w:rsidP="0087421F">
            <w:r>
              <w:rPr>
                <w:color w:val="000000"/>
                <w:sz w:val="16"/>
              </w:rPr>
              <w:t>Aplicabilidade em outros contextos, aprendizados transferíveis, adaptações e contribuição para o setor.</w:t>
            </w:r>
          </w:p>
        </w:tc>
      </w:tr>
    </w:tbl>
    <w:p w14:paraId="1589B1B8" w14:textId="77777777" w:rsidR="00EB39D6" w:rsidRPr="00EB39D6" w:rsidRDefault="00EB39D6" w:rsidP="00EB39D6">
      <w:pPr>
        <w:pStyle w:val="Ttulo1"/>
        <w:rPr>
          <w:color w:val="002060"/>
        </w:rPr>
      </w:pPr>
      <w:proofErr w:type="spellStart"/>
      <w:r w:rsidRPr="00EB39D6">
        <w:rPr>
          <w:color w:val="002060"/>
        </w:rPr>
        <w:t>Orientações</w:t>
      </w:r>
      <w:proofErr w:type="spellEnd"/>
      <w:r w:rsidRPr="00EB39D6">
        <w:rPr>
          <w:color w:val="002060"/>
        </w:rPr>
        <w:t xml:space="preserve"> </w:t>
      </w:r>
      <w:proofErr w:type="spellStart"/>
      <w:r w:rsidRPr="00EB39D6">
        <w:rPr>
          <w:color w:val="002060"/>
        </w:rPr>
        <w:t>específicas</w:t>
      </w:r>
      <w:proofErr w:type="spellEnd"/>
      <w:r w:rsidRPr="00EB39D6">
        <w:rPr>
          <w:color w:val="002060"/>
        </w:rPr>
        <w:t xml:space="preserve"> </w:t>
      </w:r>
      <w:proofErr w:type="spellStart"/>
      <w:r w:rsidRPr="00EB39D6">
        <w:rPr>
          <w:color w:val="002060"/>
        </w:rPr>
        <w:t>por</w:t>
      </w:r>
      <w:proofErr w:type="spellEnd"/>
      <w:r w:rsidRPr="00EB39D6">
        <w:rPr>
          <w:color w:val="002060"/>
        </w:rPr>
        <w:t xml:space="preserve"> </w:t>
      </w:r>
      <w:proofErr w:type="spellStart"/>
      <w:r w:rsidRPr="00EB39D6">
        <w:rPr>
          <w:color w:val="002060"/>
        </w:rPr>
        <w:t>categoria</w:t>
      </w:r>
      <w:proofErr w:type="spellEnd"/>
    </w:p>
    <w:p w14:paraId="5E73921E" w14:textId="77777777" w:rsidR="00EB39D6" w:rsidRPr="0077041A" w:rsidRDefault="00EB39D6" w:rsidP="00EB39D6">
      <w:pPr>
        <w:rPr>
          <w:sz w:val="22"/>
          <w:szCs w:val="24"/>
        </w:rPr>
      </w:pPr>
      <w:r w:rsidRPr="0077041A">
        <w:rPr>
          <w:sz w:val="22"/>
          <w:szCs w:val="24"/>
        </w:rPr>
        <w:t xml:space="preserve">Utilize o campo </w:t>
      </w:r>
      <w:proofErr w:type="spellStart"/>
      <w:r w:rsidRPr="0077041A">
        <w:rPr>
          <w:sz w:val="22"/>
          <w:szCs w:val="24"/>
        </w:rPr>
        <w:t>abaixo</w:t>
      </w:r>
      <w:proofErr w:type="spellEnd"/>
      <w:r w:rsidRPr="0077041A">
        <w:rPr>
          <w:sz w:val="22"/>
          <w:szCs w:val="24"/>
        </w:rPr>
        <w:t xml:space="preserve"> para </w:t>
      </w:r>
      <w:proofErr w:type="spellStart"/>
      <w:r w:rsidRPr="0077041A">
        <w:rPr>
          <w:sz w:val="22"/>
          <w:szCs w:val="24"/>
        </w:rPr>
        <w:t>reforçar</w:t>
      </w:r>
      <w:proofErr w:type="spellEnd"/>
      <w:r w:rsidRPr="0077041A">
        <w:rPr>
          <w:sz w:val="22"/>
          <w:szCs w:val="24"/>
        </w:rPr>
        <w:t xml:space="preserve"> </w:t>
      </w:r>
      <w:proofErr w:type="spellStart"/>
      <w:r w:rsidRPr="0077041A">
        <w:rPr>
          <w:sz w:val="22"/>
          <w:szCs w:val="24"/>
        </w:rPr>
        <w:t>informações</w:t>
      </w:r>
      <w:proofErr w:type="spellEnd"/>
      <w:r w:rsidRPr="0077041A">
        <w:rPr>
          <w:sz w:val="22"/>
          <w:szCs w:val="24"/>
        </w:rPr>
        <w:t xml:space="preserve"> </w:t>
      </w:r>
      <w:proofErr w:type="spellStart"/>
      <w:r w:rsidRPr="0077041A">
        <w:rPr>
          <w:sz w:val="22"/>
          <w:szCs w:val="24"/>
        </w:rPr>
        <w:t>específicas</w:t>
      </w:r>
      <w:proofErr w:type="spellEnd"/>
      <w:r w:rsidRPr="0077041A">
        <w:rPr>
          <w:sz w:val="22"/>
          <w:szCs w:val="24"/>
        </w:rPr>
        <w:t xml:space="preserve"> da </w:t>
      </w:r>
      <w:proofErr w:type="spellStart"/>
      <w:r w:rsidRPr="0077041A">
        <w:rPr>
          <w:sz w:val="22"/>
          <w:szCs w:val="24"/>
        </w:rPr>
        <w:t>categoria</w:t>
      </w:r>
      <w:proofErr w:type="spellEnd"/>
      <w:r w:rsidRPr="0077041A">
        <w:rPr>
          <w:sz w:val="22"/>
          <w:szCs w:val="24"/>
        </w:rPr>
        <w:t xml:space="preserve"> </w:t>
      </w:r>
      <w:proofErr w:type="spellStart"/>
      <w:r w:rsidRPr="0077041A">
        <w:rPr>
          <w:sz w:val="22"/>
          <w:szCs w:val="24"/>
        </w:rPr>
        <w:t>inscrita</w:t>
      </w:r>
      <w:proofErr w:type="spellEnd"/>
      <w:r w:rsidRPr="0077041A">
        <w:rPr>
          <w:sz w:val="22"/>
          <w:szCs w:val="24"/>
        </w:rPr>
        <w:t>.</w:t>
      </w:r>
    </w:p>
    <w:p w14:paraId="12B98489" w14:textId="77777777" w:rsidR="00EB39D6" w:rsidRPr="00C43F5B" w:rsidRDefault="00EB39D6" w:rsidP="00EB39D6">
      <w:pPr>
        <w:rPr>
          <w:b/>
          <w:bCs/>
        </w:rPr>
      </w:pPr>
      <w:r w:rsidRPr="00C43F5B">
        <w:rPr>
          <w:b/>
          <w:bCs/>
        </w:rPr>
        <w:t>Para fortalecer a avaliação, destaque evidências alinhadas ao eixo central da categoria inscrita.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6480"/>
      </w:tblGrid>
      <w:tr w:rsidR="00EB39D6" w14:paraId="16281CBE" w14:textId="77777777" w:rsidTr="004D507C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721E2401" w14:textId="77777777" w:rsidR="00EB39D6" w:rsidRDefault="00EB39D6" w:rsidP="004D507C">
            <w:r>
              <w:rPr>
                <w:b/>
                <w:sz w:val="17"/>
              </w:rPr>
              <w:t>Inovação Acadêmico-Pedagógica</w:t>
            </w:r>
          </w:p>
        </w:tc>
        <w:tc>
          <w:tcPr>
            <w:tcW w:w="6480" w:type="dxa"/>
            <w:vAlign w:val="center"/>
          </w:tcPr>
          <w:p w14:paraId="095828F6" w14:textId="77777777" w:rsidR="00EB39D6" w:rsidRDefault="00EB39D6" w:rsidP="004D507C">
            <w:r>
              <w:rPr>
                <w:sz w:val="16"/>
              </w:rPr>
              <w:t>Impacto na aprendizagem, competências, engajamento, protagonismo, experiência formativa ou inovação metodológica.</w:t>
            </w:r>
          </w:p>
        </w:tc>
      </w:tr>
      <w:tr w:rsidR="00EB39D6" w14:paraId="5DE6C25C" w14:textId="77777777" w:rsidTr="004D507C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1BE3616B" w14:textId="77777777" w:rsidR="00EB39D6" w:rsidRDefault="00EB39D6" w:rsidP="004D507C">
            <w:r>
              <w:rPr>
                <w:b/>
                <w:sz w:val="17"/>
              </w:rPr>
              <w:t>Responsabilidade Social</w:t>
            </w:r>
          </w:p>
        </w:tc>
        <w:tc>
          <w:tcPr>
            <w:tcW w:w="6480" w:type="dxa"/>
            <w:vAlign w:val="center"/>
          </w:tcPr>
          <w:p w14:paraId="7D1D08C7" w14:textId="77777777" w:rsidR="00EB39D6" w:rsidRDefault="00EB39D6" w:rsidP="004D507C">
            <w:r>
              <w:rPr>
                <w:sz w:val="16"/>
              </w:rPr>
              <w:t>Impacto social, comunitário, ambiental, inclusivo, cidadão ou institucional, com alcance, transformação, parcerias e continuidade.</w:t>
            </w:r>
          </w:p>
        </w:tc>
      </w:tr>
      <w:tr w:rsidR="00EB39D6" w14:paraId="725BFD85" w14:textId="77777777" w:rsidTr="004D507C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78BB3E3A" w14:textId="77777777" w:rsidR="00EB39D6" w:rsidRDefault="00EB39D6" w:rsidP="004D507C">
            <w:r>
              <w:rPr>
                <w:b/>
                <w:sz w:val="17"/>
              </w:rPr>
              <w:t>Gestão de Excelência (Instituições de Ensino)</w:t>
            </w:r>
          </w:p>
        </w:tc>
        <w:tc>
          <w:tcPr>
            <w:tcW w:w="6480" w:type="dxa"/>
            <w:vAlign w:val="center"/>
          </w:tcPr>
          <w:p w14:paraId="424F2C1C" w14:textId="77777777" w:rsidR="00EB39D6" w:rsidRDefault="00EB39D6" w:rsidP="004D507C">
            <w:r>
              <w:rPr>
                <w:sz w:val="16"/>
              </w:rPr>
              <w:t>Melhoria de processos, governança, eficiência, captação, permanência, satisfação, sustentabilidade, comunicação ou experiência.</w:t>
            </w:r>
          </w:p>
        </w:tc>
      </w:tr>
      <w:tr w:rsidR="00EB39D6" w14:paraId="68FE9F03" w14:textId="77777777" w:rsidTr="004D507C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4E19BEDE" w14:textId="77777777" w:rsidR="00EB39D6" w:rsidRDefault="00EB39D6" w:rsidP="004D507C">
            <w:r>
              <w:rPr>
                <w:b/>
                <w:sz w:val="17"/>
              </w:rPr>
              <w:t>Gestão de Excelência – Empresas</w:t>
            </w:r>
          </w:p>
        </w:tc>
        <w:tc>
          <w:tcPr>
            <w:tcW w:w="6480" w:type="dxa"/>
            <w:vAlign w:val="center"/>
          </w:tcPr>
          <w:p w14:paraId="4CBC25B0" w14:textId="77777777" w:rsidR="00EB39D6" w:rsidRDefault="00EB39D6" w:rsidP="004D507C">
            <w:r>
              <w:rPr>
                <w:sz w:val="16"/>
              </w:rPr>
              <w:t xml:space="preserve">Impacto real da solução em instituições de ensino ou no ecossistema educacional, com aplicação, adoção, satisfação, resultados, escala e </w:t>
            </w:r>
            <w:proofErr w:type="spellStart"/>
            <w:r>
              <w:rPr>
                <w:sz w:val="16"/>
              </w:rPr>
              <w:t>contribuição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setor</w:t>
            </w:r>
            <w:proofErr w:type="spellEnd"/>
            <w:r>
              <w:rPr>
                <w:sz w:val="16"/>
              </w:rPr>
              <w:t>.</w:t>
            </w:r>
          </w:p>
        </w:tc>
      </w:tr>
    </w:tbl>
    <w:p w14:paraId="0B271A46" w14:textId="77777777" w:rsidR="002D0495" w:rsidRDefault="002D0495">
      <w:pPr>
        <w:pStyle w:val="Ttulo1"/>
        <w:rPr>
          <w:color w:val="002060"/>
        </w:rPr>
      </w:pPr>
    </w:p>
    <w:p w14:paraId="76279D48" w14:textId="77777777" w:rsidR="00E36E47" w:rsidRPr="0087421F" w:rsidRDefault="00000000">
      <w:pPr>
        <w:pStyle w:val="Ttulo1"/>
        <w:rPr>
          <w:color w:val="002060"/>
        </w:rPr>
      </w:pPr>
      <w:r w:rsidRPr="0087421F">
        <w:rPr>
          <w:color w:val="002060"/>
        </w:rPr>
        <w:t>1. Identificação da organização e da prática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6480"/>
      </w:tblGrid>
      <w:tr w:rsidR="00E36E47" w14:paraId="4A180ACB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68C9D9A6" w14:textId="77777777" w:rsidR="00E36E47" w:rsidRDefault="00000000">
            <w:r>
              <w:rPr>
                <w:b/>
                <w:color w:val="000000"/>
                <w:sz w:val="18"/>
              </w:rPr>
              <w:t>Razão social / Nome fantasia</w:t>
            </w:r>
          </w:p>
        </w:tc>
        <w:tc>
          <w:tcPr>
            <w:tcW w:w="6480" w:type="dxa"/>
            <w:vAlign w:val="center"/>
          </w:tcPr>
          <w:p w14:paraId="22AFB74F" w14:textId="77777777" w:rsidR="00E36E47" w:rsidRDefault="00E36E47"/>
        </w:tc>
      </w:tr>
      <w:tr w:rsidR="00E36E47" w14:paraId="40F165A6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1762F753" w14:textId="77777777" w:rsidR="00E36E47" w:rsidRDefault="00000000">
            <w:r>
              <w:rPr>
                <w:b/>
                <w:color w:val="000000"/>
                <w:sz w:val="18"/>
              </w:rPr>
              <w:t>Segmento de atuação</w:t>
            </w:r>
          </w:p>
        </w:tc>
        <w:tc>
          <w:tcPr>
            <w:tcW w:w="6480" w:type="dxa"/>
            <w:vAlign w:val="center"/>
          </w:tcPr>
          <w:p w14:paraId="4AB6DC01" w14:textId="77777777" w:rsidR="002D0495" w:rsidRDefault="00000000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 xml:space="preserve">(  </w:t>
            </w:r>
            <w:proofErr w:type="gramEnd"/>
            <w:r>
              <w:rPr>
                <w:sz w:val="16"/>
              </w:rPr>
              <w:t xml:space="preserve"> ) Educação Básica ou Técnica     </w:t>
            </w:r>
          </w:p>
          <w:p w14:paraId="6422FCAF" w14:textId="77777777" w:rsidR="002D0495" w:rsidRDefault="00000000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 xml:space="preserve">(  </w:t>
            </w:r>
            <w:proofErr w:type="gramEnd"/>
            <w:r>
              <w:rPr>
                <w:sz w:val="16"/>
              </w:rPr>
              <w:t xml:space="preserve"> ) </w:t>
            </w:r>
            <w:proofErr w:type="spellStart"/>
            <w:r>
              <w:rPr>
                <w:sz w:val="16"/>
              </w:rPr>
              <w:t>Educação</w:t>
            </w:r>
            <w:proofErr w:type="spellEnd"/>
            <w:r>
              <w:rPr>
                <w:sz w:val="16"/>
              </w:rPr>
              <w:t xml:space="preserve"> Superior     </w:t>
            </w:r>
          </w:p>
          <w:p w14:paraId="2D44BC1D" w14:textId="77777777" w:rsidR="00E36E47" w:rsidRDefault="00000000">
            <w:proofErr w:type="gramStart"/>
            <w:r>
              <w:rPr>
                <w:sz w:val="16"/>
              </w:rPr>
              <w:t xml:space="preserve">(  </w:t>
            </w:r>
            <w:proofErr w:type="gramEnd"/>
            <w:r>
              <w:rPr>
                <w:sz w:val="16"/>
              </w:rPr>
              <w:t xml:space="preserve"> ) Empresa de Produtos e Serviços Educacionais</w:t>
            </w:r>
          </w:p>
        </w:tc>
      </w:tr>
      <w:tr w:rsidR="00E36E47" w14:paraId="472A34C1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07D5653A" w14:textId="77777777" w:rsidR="00E36E47" w:rsidRDefault="00000000">
            <w:r>
              <w:rPr>
                <w:b/>
                <w:color w:val="000000"/>
                <w:sz w:val="18"/>
              </w:rPr>
              <w:t>Categoria inscrita</w:t>
            </w:r>
          </w:p>
        </w:tc>
        <w:tc>
          <w:tcPr>
            <w:tcW w:w="6480" w:type="dxa"/>
            <w:vAlign w:val="center"/>
          </w:tcPr>
          <w:p w14:paraId="20992655" w14:textId="77777777" w:rsidR="002D0495" w:rsidRDefault="00000000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 xml:space="preserve">(  </w:t>
            </w:r>
            <w:proofErr w:type="gramEnd"/>
            <w:r>
              <w:rPr>
                <w:sz w:val="16"/>
              </w:rPr>
              <w:t xml:space="preserve"> ) Inovação Acadêmico-Pedagógica     </w:t>
            </w:r>
          </w:p>
          <w:p w14:paraId="2E605090" w14:textId="77777777" w:rsidR="002D0495" w:rsidRDefault="00000000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 xml:space="preserve">(  </w:t>
            </w:r>
            <w:proofErr w:type="gramEnd"/>
            <w:r>
              <w:rPr>
                <w:sz w:val="16"/>
              </w:rPr>
              <w:t xml:space="preserve"> ) </w:t>
            </w:r>
            <w:proofErr w:type="spellStart"/>
            <w:r>
              <w:rPr>
                <w:sz w:val="16"/>
              </w:rPr>
              <w:t>Responsabilidade</w:t>
            </w:r>
            <w:proofErr w:type="spellEnd"/>
            <w:r>
              <w:rPr>
                <w:sz w:val="16"/>
              </w:rPr>
              <w:t xml:space="preserve"> Social     </w:t>
            </w:r>
          </w:p>
          <w:p w14:paraId="604AB1BF" w14:textId="77777777" w:rsidR="00C43F5B" w:rsidRDefault="00000000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 xml:space="preserve">(  </w:t>
            </w:r>
            <w:proofErr w:type="gramEnd"/>
            <w:r>
              <w:rPr>
                <w:sz w:val="16"/>
              </w:rPr>
              <w:t xml:space="preserve"> ) </w:t>
            </w:r>
            <w:proofErr w:type="spellStart"/>
            <w:r>
              <w:rPr>
                <w:sz w:val="16"/>
              </w:rPr>
              <w:t>Gestão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Excelência</w:t>
            </w:r>
            <w:proofErr w:type="spellEnd"/>
            <w:r>
              <w:rPr>
                <w:sz w:val="16"/>
              </w:rPr>
              <w:t xml:space="preserve">     </w:t>
            </w:r>
          </w:p>
          <w:p w14:paraId="3FFF7B4E" w14:textId="765CC6FC" w:rsidR="00E36E47" w:rsidRPr="00C43F5B" w:rsidRDefault="00000000">
            <w:pPr>
              <w:rPr>
                <w:sz w:val="16"/>
              </w:rPr>
            </w:pPr>
            <w:proofErr w:type="gramStart"/>
            <w:r w:rsidRPr="00C43F5B">
              <w:rPr>
                <w:sz w:val="16"/>
              </w:rPr>
              <w:t xml:space="preserve">(  </w:t>
            </w:r>
            <w:proofErr w:type="gramEnd"/>
            <w:r w:rsidRPr="00C43F5B">
              <w:rPr>
                <w:sz w:val="16"/>
              </w:rPr>
              <w:t xml:space="preserve"> ) </w:t>
            </w:r>
            <w:proofErr w:type="spellStart"/>
            <w:r w:rsidRPr="00C43F5B">
              <w:rPr>
                <w:sz w:val="16"/>
              </w:rPr>
              <w:t>Gestão</w:t>
            </w:r>
            <w:proofErr w:type="spellEnd"/>
            <w:r w:rsidRPr="00C43F5B">
              <w:rPr>
                <w:sz w:val="16"/>
              </w:rPr>
              <w:t xml:space="preserve"> de Excelência - Empresas</w:t>
            </w:r>
          </w:p>
        </w:tc>
      </w:tr>
      <w:tr w:rsidR="00E36E47" w14:paraId="302C0584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3936ACA7" w14:textId="77777777" w:rsidR="00E36E47" w:rsidRDefault="00000000">
            <w:r>
              <w:rPr>
                <w:b/>
                <w:color w:val="000000"/>
                <w:sz w:val="18"/>
              </w:rPr>
              <w:t>Nome da prática/projeto/solução</w:t>
            </w:r>
          </w:p>
        </w:tc>
        <w:tc>
          <w:tcPr>
            <w:tcW w:w="6480" w:type="dxa"/>
            <w:vAlign w:val="center"/>
          </w:tcPr>
          <w:p w14:paraId="018A42A9" w14:textId="77777777" w:rsidR="00E36E47" w:rsidRDefault="00E36E47"/>
        </w:tc>
      </w:tr>
      <w:tr w:rsidR="00E36E47" w14:paraId="21B920AE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23DC74AB" w14:textId="77777777" w:rsidR="00E36E47" w:rsidRDefault="00000000">
            <w:proofErr w:type="spellStart"/>
            <w:r>
              <w:rPr>
                <w:b/>
                <w:color w:val="000000"/>
                <w:sz w:val="18"/>
              </w:rPr>
              <w:t>Localização</w:t>
            </w:r>
            <w:proofErr w:type="spellEnd"/>
            <w:r w:rsidR="0087421F">
              <w:rPr>
                <w:b/>
                <w:color w:val="000000"/>
                <w:sz w:val="18"/>
              </w:rPr>
              <w:t xml:space="preserve"> </w:t>
            </w:r>
            <w:r w:rsidR="0087421F" w:rsidRPr="0087421F">
              <w:rPr>
                <w:b/>
                <w:color w:val="000000"/>
                <w:sz w:val="18"/>
              </w:rPr>
              <w:t>(</w:t>
            </w:r>
            <w:proofErr w:type="spellStart"/>
            <w:r w:rsidR="0087421F" w:rsidRPr="0087421F">
              <w:rPr>
                <w:b/>
                <w:color w:val="000000"/>
                <w:sz w:val="18"/>
              </w:rPr>
              <w:t>Cidade</w:t>
            </w:r>
            <w:proofErr w:type="spellEnd"/>
            <w:r w:rsidR="0087421F" w:rsidRPr="0087421F">
              <w:rPr>
                <w:b/>
                <w:color w:val="000000"/>
                <w:sz w:val="18"/>
              </w:rPr>
              <w:t>/UF)</w:t>
            </w:r>
          </w:p>
        </w:tc>
        <w:tc>
          <w:tcPr>
            <w:tcW w:w="6480" w:type="dxa"/>
            <w:vAlign w:val="center"/>
          </w:tcPr>
          <w:p w14:paraId="5B748FAF" w14:textId="77777777" w:rsidR="00E36E47" w:rsidRDefault="00E36E47"/>
        </w:tc>
      </w:tr>
      <w:tr w:rsidR="00E36E47" w14:paraId="5A03C5CB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562764D0" w14:textId="77777777" w:rsidR="00E36E47" w:rsidRDefault="00000000">
            <w:r>
              <w:rPr>
                <w:b/>
                <w:color w:val="000000"/>
                <w:sz w:val="18"/>
              </w:rPr>
              <w:t>Data de implantação</w:t>
            </w:r>
          </w:p>
        </w:tc>
        <w:tc>
          <w:tcPr>
            <w:tcW w:w="6480" w:type="dxa"/>
            <w:vAlign w:val="center"/>
          </w:tcPr>
          <w:p w14:paraId="405362D8" w14:textId="77777777" w:rsidR="00E36E47" w:rsidRDefault="00E36E47"/>
        </w:tc>
      </w:tr>
      <w:tr w:rsidR="00E36E47" w14:paraId="78E2BD47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5DC7E7F8" w14:textId="77777777" w:rsidR="00E36E47" w:rsidRDefault="00000000">
            <w:r>
              <w:rPr>
                <w:b/>
                <w:color w:val="000000"/>
                <w:sz w:val="18"/>
              </w:rPr>
              <w:t>A prática está vigente?</w:t>
            </w:r>
          </w:p>
        </w:tc>
        <w:tc>
          <w:tcPr>
            <w:tcW w:w="6480" w:type="dxa"/>
            <w:vAlign w:val="center"/>
          </w:tcPr>
          <w:p w14:paraId="591AEC29" w14:textId="77777777" w:rsidR="00E36E47" w:rsidRDefault="00000000">
            <w:proofErr w:type="gramStart"/>
            <w:r>
              <w:rPr>
                <w:sz w:val="18"/>
              </w:rPr>
              <w:t xml:space="preserve">(  </w:t>
            </w:r>
            <w:proofErr w:type="gramEnd"/>
            <w:r>
              <w:rPr>
                <w:sz w:val="18"/>
              </w:rPr>
              <w:t xml:space="preserve"> ) Sim  </w:t>
            </w:r>
            <w:proofErr w:type="gramStart"/>
            <w:r>
              <w:rPr>
                <w:sz w:val="18"/>
              </w:rPr>
              <w:t xml:space="preserve">   (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 xml:space="preserve">  )</w:t>
            </w:r>
            <w:proofErr w:type="gramEnd"/>
            <w:r>
              <w:rPr>
                <w:sz w:val="18"/>
              </w:rPr>
              <w:t xml:space="preserve"> Não</w:t>
            </w:r>
          </w:p>
        </w:tc>
      </w:tr>
      <w:tr w:rsidR="00E36E47" w14:paraId="7D94682A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2D844B93" w14:textId="77777777" w:rsidR="00E36E47" w:rsidRDefault="00000000">
            <w:proofErr w:type="spellStart"/>
            <w:r>
              <w:rPr>
                <w:b/>
                <w:color w:val="000000"/>
                <w:sz w:val="18"/>
              </w:rPr>
              <w:t>Responsável</w:t>
            </w:r>
            <w:proofErr w:type="spellEnd"/>
            <w:r>
              <w:rPr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</w:rPr>
              <w:t>técnico</w:t>
            </w:r>
            <w:proofErr w:type="spellEnd"/>
            <w:r>
              <w:rPr>
                <w:b/>
                <w:color w:val="000000"/>
                <w:sz w:val="18"/>
              </w:rPr>
              <w:t>/</w:t>
            </w:r>
            <w:proofErr w:type="spellStart"/>
            <w:r>
              <w:rPr>
                <w:b/>
                <w:color w:val="000000"/>
                <w:sz w:val="18"/>
              </w:rPr>
              <w:t>autor</w:t>
            </w:r>
            <w:proofErr w:type="spellEnd"/>
            <w:r>
              <w:rPr>
                <w:b/>
                <w:color w:val="000000"/>
                <w:sz w:val="18"/>
              </w:rPr>
              <w:t xml:space="preserve"> principal</w:t>
            </w:r>
          </w:p>
        </w:tc>
        <w:tc>
          <w:tcPr>
            <w:tcW w:w="6480" w:type="dxa"/>
            <w:vAlign w:val="center"/>
          </w:tcPr>
          <w:p w14:paraId="475406C4" w14:textId="77777777" w:rsidR="00E36E47" w:rsidRPr="0087421F" w:rsidRDefault="00000000">
            <w:pPr>
              <w:rPr>
                <w:i/>
                <w:iCs/>
              </w:rPr>
            </w:pPr>
            <w:r w:rsidRPr="0087421F">
              <w:rPr>
                <w:i/>
                <w:iCs/>
                <w:sz w:val="18"/>
              </w:rPr>
              <w:t>Nome</w:t>
            </w:r>
            <w:r w:rsidR="0087421F" w:rsidRPr="0087421F">
              <w:rPr>
                <w:i/>
                <w:iCs/>
                <w:sz w:val="18"/>
              </w:rPr>
              <w:t xml:space="preserve"> </w:t>
            </w:r>
          </w:p>
        </w:tc>
      </w:tr>
      <w:tr w:rsidR="002D0495" w14:paraId="5E2069BA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416D00BA" w14:textId="77777777" w:rsidR="002D0495" w:rsidRPr="002D0495" w:rsidRDefault="002D0495">
            <w:pPr>
              <w:rPr>
                <w:b/>
                <w:color w:val="000000"/>
                <w:sz w:val="18"/>
                <w:szCs w:val="20"/>
              </w:rPr>
            </w:pPr>
            <w:r w:rsidRPr="002D0495">
              <w:rPr>
                <w:b/>
                <w:color w:val="000000"/>
                <w:sz w:val="18"/>
                <w:szCs w:val="20"/>
              </w:rPr>
              <w:t xml:space="preserve">Cargo do </w:t>
            </w:r>
            <w:proofErr w:type="spellStart"/>
            <w:r w:rsidRPr="002D0495">
              <w:rPr>
                <w:b/>
                <w:color w:val="000000"/>
                <w:sz w:val="18"/>
                <w:szCs w:val="20"/>
              </w:rPr>
              <w:t>responsável</w:t>
            </w:r>
            <w:proofErr w:type="spellEnd"/>
          </w:p>
        </w:tc>
        <w:tc>
          <w:tcPr>
            <w:tcW w:w="6480" w:type="dxa"/>
            <w:vAlign w:val="center"/>
          </w:tcPr>
          <w:p w14:paraId="0DC1C7F3" w14:textId="77777777" w:rsidR="002D0495" w:rsidRDefault="002D0495"/>
        </w:tc>
      </w:tr>
      <w:tr w:rsidR="00E36E47" w14:paraId="0C992202" w14:textId="77777777" w:rsidTr="002D0495">
        <w:trPr>
          <w:trHeight w:val="58"/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1C84E41B" w14:textId="77777777" w:rsidR="00E36E47" w:rsidRPr="002D0495" w:rsidRDefault="002D0495">
            <w:pPr>
              <w:rPr>
                <w:sz w:val="18"/>
                <w:szCs w:val="20"/>
              </w:rPr>
            </w:pPr>
            <w:r w:rsidRPr="002D0495">
              <w:rPr>
                <w:b/>
                <w:color w:val="000000"/>
                <w:sz w:val="18"/>
                <w:szCs w:val="20"/>
              </w:rPr>
              <w:t xml:space="preserve">E-mail do </w:t>
            </w:r>
            <w:proofErr w:type="spellStart"/>
            <w:r w:rsidRPr="002D0495">
              <w:rPr>
                <w:b/>
                <w:color w:val="000000"/>
                <w:sz w:val="18"/>
                <w:szCs w:val="20"/>
              </w:rPr>
              <w:t>responsável</w:t>
            </w:r>
            <w:proofErr w:type="spellEnd"/>
          </w:p>
        </w:tc>
        <w:tc>
          <w:tcPr>
            <w:tcW w:w="6480" w:type="dxa"/>
            <w:vAlign w:val="center"/>
          </w:tcPr>
          <w:p w14:paraId="312FA9FD" w14:textId="77777777" w:rsidR="00E36E47" w:rsidRDefault="00E36E47"/>
        </w:tc>
      </w:tr>
      <w:tr w:rsidR="002D0495" w14:paraId="2A6CD51A" w14:textId="77777777" w:rsidTr="002D0495">
        <w:trPr>
          <w:trHeight w:val="58"/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69BA6B0F" w14:textId="77777777" w:rsidR="002D0495" w:rsidRPr="002D0495" w:rsidRDefault="002D0495">
            <w:pPr>
              <w:rPr>
                <w:b/>
                <w:color w:val="000000"/>
                <w:sz w:val="18"/>
                <w:szCs w:val="20"/>
              </w:rPr>
            </w:pPr>
            <w:proofErr w:type="spellStart"/>
            <w:r w:rsidRPr="002D0495">
              <w:rPr>
                <w:b/>
                <w:color w:val="000000"/>
                <w:sz w:val="18"/>
                <w:szCs w:val="20"/>
              </w:rPr>
              <w:t>Contato</w:t>
            </w:r>
            <w:proofErr w:type="spellEnd"/>
            <w:r w:rsidRPr="002D0495">
              <w:rPr>
                <w:b/>
                <w:color w:val="000000"/>
                <w:sz w:val="18"/>
                <w:szCs w:val="20"/>
              </w:rPr>
              <w:t xml:space="preserve"> do </w:t>
            </w:r>
            <w:proofErr w:type="spellStart"/>
            <w:r w:rsidRPr="002D0495">
              <w:rPr>
                <w:b/>
                <w:color w:val="000000"/>
                <w:sz w:val="18"/>
                <w:szCs w:val="20"/>
              </w:rPr>
              <w:t>responsável</w:t>
            </w:r>
            <w:proofErr w:type="spellEnd"/>
          </w:p>
        </w:tc>
        <w:tc>
          <w:tcPr>
            <w:tcW w:w="6480" w:type="dxa"/>
            <w:vAlign w:val="center"/>
          </w:tcPr>
          <w:p w14:paraId="2FAA1177" w14:textId="77777777" w:rsidR="002D0495" w:rsidRDefault="002D0495"/>
        </w:tc>
      </w:tr>
    </w:tbl>
    <w:p w14:paraId="2C381C3D" w14:textId="77777777" w:rsidR="00E36E47" w:rsidRPr="0087421F" w:rsidRDefault="00000000">
      <w:pPr>
        <w:pStyle w:val="Ttulo1"/>
        <w:rPr>
          <w:color w:val="002060"/>
        </w:rPr>
      </w:pPr>
      <w:r w:rsidRPr="0087421F">
        <w:rPr>
          <w:color w:val="002060"/>
        </w:rPr>
        <w:t>2. Resumo executivo</w:t>
      </w:r>
    </w:p>
    <w:p w14:paraId="7FA0292C" w14:textId="77777777" w:rsidR="00E36E47" w:rsidRPr="0077041A" w:rsidRDefault="00000000">
      <w:pPr>
        <w:rPr>
          <w:sz w:val="22"/>
          <w:szCs w:val="24"/>
        </w:rPr>
      </w:pPr>
      <w:r w:rsidRPr="0077041A">
        <w:rPr>
          <w:sz w:val="22"/>
          <w:szCs w:val="24"/>
        </w:rPr>
        <w:t>Apresente uma síntese clara da prática/projeto/solução. Este resumo deve permitir que a Comissão compreenda rapidamente o que foi feito, por que foi feito, quem foi impactado e quais resultados foram alcançados.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6480"/>
      </w:tblGrid>
      <w:tr w:rsidR="00E36E47" w14:paraId="6ED97B3D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3E587518" w14:textId="77777777" w:rsidR="00E36E47" w:rsidRDefault="00000000">
            <w:r>
              <w:rPr>
                <w:b/>
                <w:color w:val="000000"/>
                <w:sz w:val="18"/>
              </w:rPr>
              <w:t>Resumo da iniciativa</w:t>
            </w:r>
          </w:p>
        </w:tc>
        <w:tc>
          <w:tcPr>
            <w:tcW w:w="6480" w:type="dxa"/>
            <w:vAlign w:val="center"/>
          </w:tcPr>
          <w:p w14:paraId="6290FA26" w14:textId="77777777" w:rsidR="002D0495" w:rsidRPr="002D0495" w:rsidRDefault="002D0495" w:rsidP="002D0495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Descrever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aqui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até</w:t>
            </w:r>
            <w:proofErr w:type="spellEnd"/>
            <w:r>
              <w:rPr>
                <w:sz w:val="18"/>
              </w:rPr>
              <w:t xml:space="preserve"> 1.500 </w:t>
            </w:r>
            <w:proofErr w:type="spellStart"/>
            <w:r>
              <w:rPr>
                <w:sz w:val="18"/>
              </w:rPr>
              <w:t>caracteres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E36E47" w14:paraId="535697C9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2859C188" w14:textId="77777777" w:rsidR="00E36E47" w:rsidRDefault="00000000">
            <w:r>
              <w:rPr>
                <w:b/>
                <w:color w:val="000000"/>
                <w:sz w:val="18"/>
              </w:rPr>
              <w:t>Público impactado</w:t>
            </w:r>
          </w:p>
        </w:tc>
        <w:tc>
          <w:tcPr>
            <w:tcW w:w="6480" w:type="dxa"/>
            <w:vAlign w:val="center"/>
          </w:tcPr>
          <w:p w14:paraId="16624750" w14:textId="77777777" w:rsidR="00E36E47" w:rsidRDefault="00000000">
            <w:r>
              <w:rPr>
                <w:sz w:val="18"/>
              </w:rPr>
              <w:t>Quem foi beneficiado diretamente e indiretamente?</w:t>
            </w:r>
          </w:p>
        </w:tc>
      </w:tr>
      <w:tr w:rsidR="00E36E47" w14:paraId="2D8191BD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3C09DE0D" w14:textId="77777777" w:rsidR="00E36E47" w:rsidRDefault="00000000">
            <w:r>
              <w:rPr>
                <w:b/>
                <w:color w:val="000000"/>
                <w:sz w:val="18"/>
              </w:rPr>
              <w:t>Principal resultado</w:t>
            </w:r>
          </w:p>
        </w:tc>
        <w:tc>
          <w:tcPr>
            <w:tcW w:w="6480" w:type="dxa"/>
            <w:vAlign w:val="center"/>
          </w:tcPr>
          <w:p w14:paraId="61985F01" w14:textId="77777777" w:rsidR="00E36E47" w:rsidRDefault="00000000">
            <w:r>
              <w:rPr>
                <w:sz w:val="18"/>
              </w:rPr>
              <w:t>Qual foi o resultado mais relevante alcançado?</w:t>
            </w:r>
          </w:p>
        </w:tc>
      </w:tr>
      <w:tr w:rsidR="00E36E47" w14:paraId="7BE632F3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5EC0DA79" w14:textId="77777777" w:rsidR="00E36E47" w:rsidRDefault="00000000">
            <w:r>
              <w:rPr>
                <w:b/>
                <w:color w:val="000000"/>
                <w:sz w:val="18"/>
              </w:rPr>
              <w:t>Principal evidência</w:t>
            </w:r>
          </w:p>
        </w:tc>
        <w:tc>
          <w:tcPr>
            <w:tcW w:w="6480" w:type="dxa"/>
            <w:vAlign w:val="center"/>
          </w:tcPr>
          <w:p w14:paraId="278A337E" w14:textId="77777777" w:rsidR="00E36E47" w:rsidRDefault="00000000">
            <w:r>
              <w:rPr>
                <w:sz w:val="18"/>
              </w:rPr>
              <w:t>Qual dado, documento, indicador ou validação comprova esse resultado?</w:t>
            </w:r>
          </w:p>
        </w:tc>
      </w:tr>
    </w:tbl>
    <w:p w14:paraId="493D8DBC" w14:textId="77777777" w:rsidR="00E36E47" w:rsidRPr="0087421F" w:rsidRDefault="00000000">
      <w:pPr>
        <w:pStyle w:val="Ttulo1"/>
        <w:rPr>
          <w:color w:val="002060"/>
        </w:rPr>
      </w:pPr>
      <w:r w:rsidRPr="0087421F">
        <w:rPr>
          <w:color w:val="002060"/>
        </w:rPr>
        <w:t>3. Contexto e motivação</w:t>
      </w:r>
    </w:p>
    <w:p w14:paraId="59735012" w14:textId="77777777" w:rsidR="00E36E47" w:rsidRPr="0077041A" w:rsidRDefault="00000000">
      <w:pPr>
        <w:rPr>
          <w:sz w:val="22"/>
          <w:szCs w:val="24"/>
        </w:rPr>
      </w:pPr>
      <w:r w:rsidRPr="0077041A">
        <w:rPr>
          <w:sz w:val="22"/>
          <w:szCs w:val="24"/>
        </w:rPr>
        <w:t>Apresente o cenário que originou a iniciativa. Explique o problema, necessidade ou oportunidade identificada e por que ela era relevante para a instituição, empresa, comunidade ou público atendido.</w:t>
      </w:r>
    </w:p>
    <w:p w14:paraId="37D39629" w14:textId="77777777" w:rsidR="00E36E47" w:rsidRDefault="00000000" w:rsidP="0087421F">
      <w:pPr>
        <w:spacing w:after="0"/>
      </w:pPr>
      <w:r>
        <w:t>Perguntas orientadoras:</w:t>
      </w:r>
    </w:p>
    <w:p w14:paraId="4B3471A5" w14:textId="77777777" w:rsidR="00E36E47" w:rsidRDefault="00000000" w:rsidP="0087421F">
      <w:pPr>
        <w:pStyle w:val="PargrafodaLista"/>
        <w:numPr>
          <w:ilvl w:val="0"/>
          <w:numId w:val="10"/>
        </w:numPr>
        <w:spacing w:after="0"/>
      </w:pPr>
      <w:r>
        <w:t xml:space="preserve">Qual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oportunidade</w:t>
      </w:r>
      <w:proofErr w:type="spellEnd"/>
      <w:r>
        <w:t xml:space="preserve"> </w:t>
      </w:r>
      <w:proofErr w:type="spellStart"/>
      <w:r>
        <w:t>motivou</w:t>
      </w:r>
      <w:proofErr w:type="spellEnd"/>
      <w:r>
        <w:t xml:space="preserve"> a criação da prática?</w:t>
      </w:r>
    </w:p>
    <w:p w14:paraId="35F89D1C" w14:textId="77777777" w:rsidR="00E36E47" w:rsidRDefault="00000000" w:rsidP="0087421F">
      <w:pPr>
        <w:pStyle w:val="PargrafodaLista"/>
        <w:numPr>
          <w:ilvl w:val="0"/>
          <w:numId w:val="10"/>
        </w:numPr>
        <w:spacing w:after="0"/>
      </w:pPr>
      <w:r>
        <w:t xml:space="preserve">Como esse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</w:t>
      </w:r>
      <w:proofErr w:type="spellStart"/>
      <w:r>
        <w:t>identificado</w:t>
      </w:r>
      <w:proofErr w:type="spellEnd"/>
      <w:r>
        <w:t>?</w:t>
      </w:r>
    </w:p>
    <w:p w14:paraId="1DB010AB" w14:textId="77777777" w:rsidR="00E36E47" w:rsidRDefault="00000000" w:rsidP="0087421F">
      <w:pPr>
        <w:pStyle w:val="PargrafodaLista"/>
        <w:numPr>
          <w:ilvl w:val="0"/>
          <w:numId w:val="10"/>
        </w:numPr>
        <w:spacing w:after="0"/>
      </w:pPr>
      <w:r>
        <w:t xml:space="preserve">Havia dados, </w:t>
      </w:r>
      <w:proofErr w:type="spellStart"/>
      <w:r>
        <w:t>diagnósticos</w:t>
      </w:r>
      <w:proofErr w:type="spellEnd"/>
      <w:r>
        <w:t xml:space="preserve">, </w:t>
      </w:r>
      <w:proofErr w:type="spellStart"/>
      <w:r>
        <w:t>demandas</w:t>
      </w:r>
      <w:proofErr w:type="spellEnd"/>
      <w:r>
        <w:t xml:space="preserve"> </w:t>
      </w:r>
      <w:proofErr w:type="spellStart"/>
      <w:r>
        <w:t>internas</w:t>
      </w:r>
      <w:proofErr w:type="spellEnd"/>
      <w:r>
        <w:t xml:space="preserve">, </w:t>
      </w:r>
      <w:proofErr w:type="spellStart"/>
      <w:r>
        <w:t>pesquisas</w:t>
      </w:r>
      <w:proofErr w:type="spellEnd"/>
      <w:r>
        <w:t xml:space="preserve"> ou escutas que sustentavam essa necessidade?</w:t>
      </w:r>
    </w:p>
    <w:p w14:paraId="067C2D44" w14:textId="77777777" w:rsidR="00E36E47" w:rsidRDefault="00000000" w:rsidP="0087421F">
      <w:pPr>
        <w:pStyle w:val="PargrafodaLista"/>
        <w:numPr>
          <w:ilvl w:val="0"/>
          <w:numId w:val="10"/>
        </w:numPr>
        <w:spacing w:after="0"/>
      </w:pPr>
      <w:r>
        <w:t xml:space="preserve">Por </w:t>
      </w:r>
      <w:proofErr w:type="spellStart"/>
      <w:r>
        <w:t>que</w:t>
      </w:r>
      <w:proofErr w:type="spellEnd"/>
      <w:r>
        <w:t xml:space="preserve"> esse </w:t>
      </w:r>
      <w:proofErr w:type="spellStart"/>
      <w:r>
        <w:t>tema</w:t>
      </w:r>
      <w:proofErr w:type="spellEnd"/>
      <w:r>
        <w:t xml:space="preserve"> é relevante para a educação ou para a gestão educacional?</w:t>
      </w:r>
    </w:p>
    <w:p w14:paraId="64E14592" w14:textId="77777777" w:rsidR="00E36E47" w:rsidRDefault="00000000" w:rsidP="0087421F">
      <w:pPr>
        <w:spacing w:after="0"/>
      </w:pPr>
      <w:r>
        <w:t>Resposta:</w:t>
      </w:r>
    </w:p>
    <w:p w14:paraId="3136D0E6" w14:textId="77777777" w:rsidR="00E36E47" w:rsidRDefault="00000000">
      <w:r>
        <w:br/>
      </w:r>
      <w:r>
        <w:br/>
      </w:r>
      <w:r>
        <w:br/>
      </w:r>
      <w:r>
        <w:br/>
      </w:r>
    </w:p>
    <w:p w14:paraId="1EF8DFBF" w14:textId="77777777" w:rsidR="00E36E47" w:rsidRPr="0087421F" w:rsidRDefault="00000000">
      <w:pPr>
        <w:pStyle w:val="Ttulo1"/>
        <w:rPr>
          <w:color w:val="002060"/>
        </w:rPr>
      </w:pPr>
      <w:r w:rsidRPr="0087421F">
        <w:rPr>
          <w:color w:val="002060"/>
        </w:rPr>
        <w:lastRenderedPageBreak/>
        <w:t>4. Objetivos e metas</w:t>
      </w:r>
    </w:p>
    <w:p w14:paraId="4CAC7435" w14:textId="77777777" w:rsidR="00E36E47" w:rsidRPr="0077041A" w:rsidRDefault="00000000">
      <w:pPr>
        <w:rPr>
          <w:sz w:val="22"/>
          <w:szCs w:val="24"/>
        </w:rPr>
      </w:pPr>
      <w:r w:rsidRPr="0077041A">
        <w:rPr>
          <w:sz w:val="22"/>
          <w:szCs w:val="24"/>
        </w:rPr>
        <w:t>Informe os objetivos gerais e específicos. Sempre que possível, apresente metas verificáveis ou mensuráveis.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6480"/>
      </w:tblGrid>
      <w:tr w:rsidR="00E36E47" w14:paraId="51817309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0EF2FC95" w14:textId="77777777" w:rsidR="00E36E47" w:rsidRDefault="00000000">
            <w:proofErr w:type="spellStart"/>
            <w:r>
              <w:rPr>
                <w:b/>
                <w:color w:val="000000"/>
                <w:sz w:val="18"/>
              </w:rPr>
              <w:t>Objetivo</w:t>
            </w:r>
            <w:proofErr w:type="spellEnd"/>
            <w:r>
              <w:rPr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</w:rPr>
              <w:t>geral</w:t>
            </w:r>
            <w:proofErr w:type="spellEnd"/>
          </w:p>
        </w:tc>
        <w:tc>
          <w:tcPr>
            <w:tcW w:w="6480" w:type="dxa"/>
            <w:vAlign w:val="center"/>
          </w:tcPr>
          <w:p w14:paraId="1AD0A61D" w14:textId="77777777" w:rsidR="00E36E47" w:rsidRDefault="00E36E47"/>
        </w:tc>
      </w:tr>
      <w:tr w:rsidR="00E36E47" w14:paraId="1E0FF976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6E270B90" w14:textId="77777777" w:rsidR="00E36E47" w:rsidRDefault="00000000">
            <w:r>
              <w:rPr>
                <w:b/>
                <w:color w:val="000000"/>
                <w:sz w:val="18"/>
              </w:rPr>
              <w:t>Objetivos específicos</w:t>
            </w:r>
          </w:p>
        </w:tc>
        <w:tc>
          <w:tcPr>
            <w:tcW w:w="6480" w:type="dxa"/>
            <w:vAlign w:val="center"/>
          </w:tcPr>
          <w:p w14:paraId="6AF397B5" w14:textId="77777777" w:rsidR="00E36E47" w:rsidRDefault="00E36E47"/>
        </w:tc>
      </w:tr>
      <w:tr w:rsidR="00E36E47" w14:paraId="68CBB038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65E1DD56" w14:textId="77777777" w:rsidR="00E36E47" w:rsidRDefault="00000000">
            <w:r>
              <w:rPr>
                <w:b/>
                <w:color w:val="000000"/>
                <w:sz w:val="18"/>
              </w:rPr>
              <w:t>Metas estabelecidas</w:t>
            </w:r>
          </w:p>
        </w:tc>
        <w:tc>
          <w:tcPr>
            <w:tcW w:w="6480" w:type="dxa"/>
            <w:vAlign w:val="center"/>
          </w:tcPr>
          <w:p w14:paraId="24F5124C" w14:textId="77777777" w:rsidR="00E36E47" w:rsidRDefault="00000000">
            <w:r>
              <w:rPr>
                <w:sz w:val="18"/>
              </w:rPr>
              <w:t>Ex.: alcançar X estudantes, reduzir X%, aumentar satisfação, ampliar participação, melhorar indicador, formar equipe, implantar processo etc.</w:t>
            </w:r>
          </w:p>
        </w:tc>
      </w:tr>
      <w:tr w:rsidR="00E36E47" w14:paraId="5F59D9FD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6934408A" w14:textId="77777777" w:rsidR="00E36E47" w:rsidRDefault="00000000">
            <w:r>
              <w:rPr>
                <w:b/>
                <w:color w:val="000000"/>
                <w:sz w:val="18"/>
              </w:rPr>
              <w:t>Alinhamento institucional</w:t>
            </w:r>
          </w:p>
        </w:tc>
        <w:tc>
          <w:tcPr>
            <w:tcW w:w="6480" w:type="dxa"/>
            <w:vAlign w:val="center"/>
          </w:tcPr>
          <w:p w14:paraId="149CD310" w14:textId="77777777" w:rsidR="00E36E47" w:rsidRDefault="00000000">
            <w:r>
              <w:rPr>
                <w:sz w:val="18"/>
              </w:rPr>
              <w:t>Como a prática se conecta à missão, estratégia, projeto pedagógico, plano institucional ou proposta de valor da organização?</w:t>
            </w:r>
          </w:p>
        </w:tc>
      </w:tr>
    </w:tbl>
    <w:p w14:paraId="150C9C33" w14:textId="77777777" w:rsidR="00E36E47" w:rsidRPr="0087421F" w:rsidRDefault="00000000">
      <w:pPr>
        <w:pStyle w:val="Ttulo1"/>
        <w:rPr>
          <w:color w:val="002060"/>
        </w:rPr>
      </w:pPr>
      <w:r w:rsidRPr="0087421F">
        <w:rPr>
          <w:color w:val="002060"/>
        </w:rPr>
        <w:t xml:space="preserve">5. </w:t>
      </w:r>
      <w:proofErr w:type="spellStart"/>
      <w:r w:rsidRPr="0087421F">
        <w:rPr>
          <w:color w:val="002060"/>
        </w:rPr>
        <w:t>Descrição</w:t>
      </w:r>
      <w:proofErr w:type="spellEnd"/>
      <w:r w:rsidRPr="0087421F">
        <w:rPr>
          <w:color w:val="002060"/>
        </w:rPr>
        <w:t xml:space="preserve"> e</w:t>
      </w:r>
      <w:r w:rsidR="00387610">
        <w:rPr>
          <w:color w:val="002060"/>
        </w:rPr>
        <w:t xml:space="preserve"> </w:t>
      </w:r>
      <w:proofErr w:type="spellStart"/>
      <w:r w:rsidR="00387610" w:rsidRPr="00387610">
        <w:rPr>
          <w:color w:val="002060"/>
        </w:rPr>
        <w:t>qualidade</w:t>
      </w:r>
      <w:proofErr w:type="spellEnd"/>
      <w:r w:rsidR="00387610">
        <w:rPr>
          <w:color w:val="002060"/>
        </w:rPr>
        <w:t xml:space="preserve"> da</w:t>
      </w:r>
      <w:r w:rsidRPr="0087421F">
        <w:rPr>
          <w:color w:val="002060"/>
        </w:rPr>
        <w:t xml:space="preserve"> </w:t>
      </w:r>
      <w:proofErr w:type="spellStart"/>
      <w:r w:rsidRPr="0087421F">
        <w:rPr>
          <w:color w:val="002060"/>
        </w:rPr>
        <w:t>implementação</w:t>
      </w:r>
      <w:proofErr w:type="spellEnd"/>
    </w:p>
    <w:p w14:paraId="1FD1097A" w14:textId="77777777" w:rsidR="00E36E47" w:rsidRPr="0077041A" w:rsidRDefault="00000000">
      <w:pPr>
        <w:rPr>
          <w:sz w:val="22"/>
          <w:szCs w:val="24"/>
        </w:rPr>
      </w:pPr>
      <w:r w:rsidRPr="0077041A">
        <w:rPr>
          <w:sz w:val="22"/>
          <w:szCs w:val="24"/>
        </w:rPr>
        <w:t>Descreva como a prática foi desenvolvida, desde a concepção até a execução. O objetivo é demonstrar planejamento, método, organização e coerência.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6480"/>
      </w:tblGrid>
      <w:tr w:rsidR="00E36E47" w14:paraId="09F8F66D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31654298" w14:textId="77777777" w:rsidR="00E36E47" w:rsidRDefault="00000000">
            <w:r>
              <w:rPr>
                <w:b/>
                <w:color w:val="000000"/>
                <w:sz w:val="18"/>
              </w:rPr>
              <w:t>Etapas de implementação</w:t>
            </w:r>
          </w:p>
        </w:tc>
        <w:tc>
          <w:tcPr>
            <w:tcW w:w="6480" w:type="dxa"/>
            <w:vAlign w:val="center"/>
          </w:tcPr>
          <w:p w14:paraId="14B8A0AE" w14:textId="77777777" w:rsidR="00E36E47" w:rsidRDefault="00000000">
            <w:r>
              <w:rPr>
                <w:sz w:val="18"/>
              </w:rPr>
              <w:t>Descreva a sequência das principais etapas.</w:t>
            </w:r>
          </w:p>
        </w:tc>
      </w:tr>
      <w:tr w:rsidR="00E36E47" w14:paraId="13ED079F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2F126474" w14:textId="77777777" w:rsidR="00E36E47" w:rsidRDefault="00000000">
            <w:r>
              <w:rPr>
                <w:b/>
                <w:color w:val="000000"/>
                <w:sz w:val="18"/>
              </w:rPr>
              <w:t>Metodologias, estratégias ou tecnologias utilizadas</w:t>
            </w:r>
          </w:p>
        </w:tc>
        <w:tc>
          <w:tcPr>
            <w:tcW w:w="6480" w:type="dxa"/>
            <w:vAlign w:val="center"/>
          </w:tcPr>
          <w:p w14:paraId="6FA47A19" w14:textId="77777777" w:rsidR="00E36E47" w:rsidRDefault="00E36E47"/>
        </w:tc>
      </w:tr>
      <w:tr w:rsidR="00E36E47" w14:paraId="4D9303A6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074A2007" w14:textId="77777777" w:rsidR="00E36E47" w:rsidRDefault="00000000">
            <w:r>
              <w:rPr>
                <w:b/>
                <w:color w:val="000000"/>
                <w:sz w:val="18"/>
              </w:rPr>
              <w:t>Áreas, equipes ou parceiros envolvidos</w:t>
            </w:r>
          </w:p>
        </w:tc>
        <w:tc>
          <w:tcPr>
            <w:tcW w:w="6480" w:type="dxa"/>
            <w:vAlign w:val="center"/>
          </w:tcPr>
          <w:p w14:paraId="41BB6809" w14:textId="77777777" w:rsidR="00E36E47" w:rsidRDefault="00E36E47"/>
        </w:tc>
      </w:tr>
      <w:tr w:rsidR="00E36E47" w14:paraId="6E49BA43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1BFFE41A" w14:textId="77777777" w:rsidR="00E36E47" w:rsidRDefault="00000000">
            <w:r>
              <w:rPr>
                <w:b/>
                <w:color w:val="000000"/>
                <w:sz w:val="18"/>
              </w:rPr>
              <w:t>Cronograma de execução</w:t>
            </w:r>
          </w:p>
        </w:tc>
        <w:tc>
          <w:tcPr>
            <w:tcW w:w="6480" w:type="dxa"/>
            <w:vAlign w:val="center"/>
          </w:tcPr>
          <w:p w14:paraId="42DE8965" w14:textId="77777777" w:rsidR="00E36E47" w:rsidRDefault="00000000">
            <w:r>
              <w:rPr>
                <w:sz w:val="18"/>
              </w:rPr>
              <w:t>Informe período, duração e marcos principais.</w:t>
            </w:r>
          </w:p>
        </w:tc>
      </w:tr>
      <w:tr w:rsidR="00E36E47" w14:paraId="4000BF76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1D7B7CA0" w14:textId="77777777" w:rsidR="00E36E47" w:rsidRDefault="00000000">
            <w:r>
              <w:rPr>
                <w:b/>
                <w:color w:val="000000"/>
                <w:sz w:val="18"/>
              </w:rPr>
              <w:t>Recursos utilizados</w:t>
            </w:r>
          </w:p>
        </w:tc>
        <w:tc>
          <w:tcPr>
            <w:tcW w:w="6480" w:type="dxa"/>
            <w:vAlign w:val="center"/>
          </w:tcPr>
          <w:p w14:paraId="2568C956" w14:textId="77777777" w:rsidR="00E36E47" w:rsidRDefault="00000000">
            <w:r>
              <w:rPr>
                <w:sz w:val="18"/>
              </w:rPr>
              <w:t>Equipe, ferramentas, orçamento, parcerias, infraestrutura, materiais etc.</w:t>
            </w:r>
          </w:p>
        </w:tc>
      </w:tr>
    </w:tbl>
    <w:p w14:paraId="77BDD5D3" w14:textId="77777777" w:rsidR="00E36E47" w:rsidRPr="0087421F" w:rsidRDefault="00000000">
      <w:pPr>
        <w:pStyle w:val="Ttulo1"/>
        <w:rPr>
          <w:color w:val="002060"/>
        </w:rPr>
      </w:pPr>
      <w:r w:rsidRPr="0087421F">
        <w:rPr>
          <w:color w:val="002060"/>
        </w:rPr>
        <w:t>6. Liderança e mobilização interna</w:t>
      </w:r>
    </w:p>
    <w:p w14:paraId="48C0F630" w14:textId="77777777" w:rsidR="00E36E47" w:rsidRPr="0077041A" w:rsidRDefault="00000000">
      <w:pPr>
        <w:rPr>
          <w:sz w:val="22"/>
          <w:szCs w:val="24"/>
        </w:rPr>
      </w:pPr>
      <w:r w:rsidRPr="0077041A">
        <w:rPr>
          <w:sz w:val="22"/>
          <w:szCs w:val="24"/>
        </w:rPr>
        <w:t>Explique como a liderança e as equipes contribuíram para a prática. Demonstre se houve governança, acompanhamento, engajamento e participação dos envolvidos.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6480"/>
      </w:tblGrid>
      <w:tr w:rsidR="00E36E47" w14:paraId="626EBC80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2DB17711" w14:textId="77777777" w:rsidR="00E36E47" w:rsidRDefault="00000000">
            <w:r>
              <w:rPr>
                <w:b/>
                <w:color w:val="000000"/>
                <w:sz w:val="18"/>
              </w:rPr>
              <w:t>Papel da liderança</w:t>
            </w:r>
          </w:p>
        </w:tc>
        <w:tc>
          <w:tcPr>
            <w:tcW w:w="6480" w:type="dxa"/>
            <w:vAlign w:val="center"/>
          </w:tcPr>
          <w:p w14:paraId="0C3182AC" w14:textId="77777777" w:rsidR="00E36E47" w:rsidRDefault="00E36E47"/>
        </w:tc>
      </w:tr>
      <w:tr w:rsidR="00E36E47" w14:paraId="12ACA686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4D42674C" w14:textId="77777777" w:rsidR="00E36E47" w:rsidRDefault="00000000">
            <w:r>
              <w:rPr>
                <w:b/>
                <w:color w:val="000000"/>
                <w:sz w:val="18"/>
              </w:rPr>
              <w:t>Engajamento das equipes</w:t>
            </w:r>
          </w:p>
        </w:tc>
        <w:tc>
          <w:tcPr>
            <w:tcW w:w="6480" w:type="dxa"/>
            <w:vAlign w:val="center"/>
          </w:tcPr>
          <w:p w14:paraId="07819E90" w14:textId="77777777" w:rsidR="00E36E47" w:rsidRDefault="00E36E47"/>
        </w:tc>
      </w:tr>
      <w:tr w:rsidR="00E36E47" w14:paraId="10E60CE1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047D1C9A" w14:textId="77777777" w:rsidR="00E36E47" w:rsidRDefault="00000000">
            <w:r>
              <w:rPr>
                <w:b/>
                <w:color w:val="000000"/>
                <w:sz w:val="18"/>
              </w:rPr>
              <w:t>Forma de acompanhamento ou governança</w:t>
            </w:r>
          </w:p>
        </w:tc>
        <w:tc>
          <w:tcPr>
            <w:tcW w:w="6480" w:type="dxa"/>
            <w:vAlign w:val="center"/>
          </w:tcPr>
          <w:p w14:paraId="4EBF0315" w14:textId="77777777" w:rsidR="00E36E47" w:rsidRDefault="00000000">
            <w:r>
              <w:rPr>
                <w:sz w:val="18"/>
              </w:rPr>
              <w:t>Reuniões, indicadores, responsáveis, comitês, plano de ação, acompanhamento periódico etc.</w:t>
            </w:r>
          </w:p>
        </w:tc>
      </w:tr>
      <w:tr w:rsidR="00E36E47" w14:paraId="6AF951FD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6488DBD1" w14:textId="77777777" w:rsidR="00E36E47" w:rsidRDefault="00000000">
            <w:r>
              <w:rPr>
                <w:b/>
                <w:color w:val="000000"/>
                <w:sz w:val="18"/>
              </w:rPr>
              <w:t>Desafios de mobilização</w:t>
            </w:r>
          </w:p>
        </w:tc>
        <w:tc>
          <w:tcPr>
            <w:tcW w:w="6480" w:type="dxa"/>
            <w:vAlign w:val="center"/>
          </w:tcPr>
          <w:p w14:paraId="7165D716" w14:textId="77777777" w:rsidR="00E36E47" w:rsidRDefault="00000000">
            <w:r>
              <w:rPr>
                <w:sz w:val="18"/>
              </w:rPr>
              <w:t xml:space="preserve">Se </w:t>
            </w:r>
            <w:proofErr w:type="spellStart"/>
            <w:r>
              <w:rPr>
                <w:sz w:val="18"/>
              </w:rPr>
              <w:t>houver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explique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foram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enfrentados</w:t>
            </w:r>
            <w:proofErr w:type="spellEnd"/>
            <w:r>
              <w:rPr>
                <w:sz w:val="18"/>
              </w:rPr>
              <w:t>.</w:t>
            </w:r>
          </w:p>
        </w:tc>
      </w:tr>
    </w:tbl>
    <w:p w14:paraId="79CB3F6F" w14:textId="77777777" w:rsidR="00E36E47" w:rsidRPr="0087421F" w:rsidRDefault="00000000" w:rsidP="006848A0">
      <w:pPr>
        <w:pStyle w:val="Ttulo1"/>
        <w:rPr>
          <w:color w:val="002060"/>
        </w:rPr>
      </w:pPr>
      <w:r w:rsidRPr="0087421F">
        <w:rPr>
          <w:color w:val="002060"/>
        </w:rPr>
        <w:t>7. Resultados e evidências de impacto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E36E47" w14:paraId="1831E0DB" w14:textId="77777777">
        <w:trPr>
          <w:jc w:val="center"/>
        </w:trPr>
        <w:tc>
          <w:tcPr>
            <w:tcW w:w="10224" w:type="dxa"/>
            <w:shd w:val="clear" w:color="auto" w:fill="EAF4FB"/>
            <w:vAlign w:val="center"/>
          </w:tcPr>
          <w:p w14:paraId="054D6E27" w14:textId="77777777" w:rsidR="00E36E47" w:rsidRDefault="00000000">
            <w:r>
              <w:rPr>
                <w:b/>
                <w:color w:val="002060"/>
                <w:sz w:val="21"/>
              </w:rPr>
              <w:t>Ponto central da avaliação</w:t>
            </w:r>
            <w:r>
              <w:br/>
              <w:t>Este é o critério de maior peso na avaliação. A Comissão avaliará não apenas o que foi feito, mas o que mudou a partir da prática. Sempre que possível, apresente indicadores quantitativos e qualitativos, dados comparativos, fontes e metodologia de apuração.</w:t>
            </w:r>
          </w:p>
          <w:p w14:paraId="06878625" w14:textId="77777777" w:rsidR="007D3CC8" w:rsidRPr="00C43F5B" w:rsidRDefault="00000000">
            <w:pPr>
              <w:rPr>
                <w:b/>
                <w:bCs/>
              </w:rPr>
            </w:pPr>
            <w:r w:rsidRPr="00C43F5B">
              <w:rPr>
                <w:b/>
                <w:bCs/>
              </w:rPr>
              <w:t>Diferencie evidências de implementação, alcance/participação, resultados e impacto/transformação. Fotos, vídeos e registros comprovam a execução, mas não substituem dados ou evidências de impacto.</w:t>
            </w:r>
          </w:p>
        </w:tc>
      </w:tr>
    </w:tbl>
    <w:p w14:paraId="4C8BF9DD" w14:textId="77777777" w:rsidR="00E36E47" w:rsidRDefault="00E36E47" w:rsidP="006848A0">
      <w:pPr>
        <w:spacing w:after="0"/>
      </w:pPr>
    </w:p>
    <w:p w14:paraId="30FD77FD" w14:textId="77777777" w:rsidR="00E36E47" w:rsidRDefault="00000000" w:rsidP="006848A0">
      <w:r>
        <w:rPr>
          <w:sz w:val="22"/>
        </w:rPr>
        <w:t xml:space="preserve">Preencha os indicadores aplicáveis à sua prática. Caso algum item </w:t>
      </w:r>
      <w:proofErr w:type="spellStart"/>
      <w:r>
        <w:rPr>
          <w:sz w:val="22"/>
        </w:rPr>
        <w:t>não</w:t>
      </w:r>
      <w:proofErr w:type="spellEnd"/>
      <w:r>
        <w:rPr>
          <w:sz w:val="22"/>
        </w:rPr>
        <w:t xml:space="preserve"> se </w:t>
      </w:r>
      <w:proofErr w:type="spellStart"/>
      <w:r>
        <w:rPr>
          <w:sz w:val="22"/>
        </w:rPr>
        <w:t>aplique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justifique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brevemente</w:t>
      </w:r>
      <w:proofErr w:type="spellEnd"/>
      <w:r>
        <w:rPr>
          <w:sz w:val="22"/>
        </w:rPr>
        <w:t>.</w:t>
      </w:r>
      <w:r w:rsidR="0077041A">
        <w:rPr>
          <w:sz w:val="22"/>
        </w:rPr>
        <w:t xml:space="preserve"> Se </w:t>
      </w:r>
      <w:proofErr w:type="spellStart"/>
      <w:r w:rsidR="0077041A">
        <w:rPr>
          <w:sz w:val="22"/>
        </w:rPr>
        <w:t>preferir</w:t>
      </w:r>
      <w:proofErr w:type="spellEnd"/>
      <w:r w:rsidR="0077041A">
        <w:rPr>
          <w:sz w:val="22"/>
        </w:rPr>
        <w:t xml:space="preserve">, </w:t>
      </w:r>
      <w:proofErr w:type="spellStart"/>
      <w:r w:rsidR="0077041A">
        <w:rPr>
          <w:sz w:val="22"/>
        </w:rPr>
        <w:t>pode</w:t>
      </w:r>
      <w:proofErr w:type="spellEnd"/>
      <w:r w:rsidR="0077041A">
        <w:rPr>
          <w:sz w:val="22"/>
        </w:rPr>
        <w:t xml:space="preserve"> </w:t>
      </w:r>
      <w:proofErr w:type="spellStart"/>
      <w:r w:rsidR="0077041A">
        <w:rPr>
          <w:sz w:val="22"/>
        </w:rPr>
        <w:t>desconsiderar</w:t>
      </w:r>
      <w:proofErr w:type="spellEnd"/>
      <w:r w:rsidR="0077041A">
        <w:rPr>
          <w:sz w:val="22"/>
        </w:rPr>
        <w:t xml:space="preserve"> a </w:t>
      </w:r>
      <w:proofErr w:type="spellStart"/>
      <w:r w:rsidR="0077041A">
        <w:rPr>
          <w:sz w:val="22"/>
        </w:rPr>
        <w:t>tabela</w:t>
      </w:r>
      <w:proofErr w:type="spellEnd"/>
      <w:r w:rsidR="0077041A">
        <w:rPr>
          <w:sz w:val="22"/>
        </w:rPr>
        <w:t xml:space="preserve"> e </w:t>
      </w:r>
      <w:proofErr w:type="spellStart"/>
      <w:r w:rsidR="0077041A">
        <w:rPr>
          <w:sz w:val="22"/>
        </w:rPr>
        <w:t>descrever</w:t>
      </w:r>
      <w:proofErr w:type="spellEnd"/>
      <w:r w:rsidR="0077041A">
        <w:rPr>
          <w:sz w:val="22"/>
        </w:rPr>
        <w:t xml:space="preserve"> </w:t>
      </w:r>
      <w:proofErr w:type="spellStart"/>
      <w:r w:rsidR="0077041A">
        <w:rPr>
          <w:sz w:val="22"/>
        </w:rPr>
        <w:t>os</w:t>
      </w:r>
      <w:proofErr w:type="spellEnd"/>
      <w:r w:rsidR="0077041A">
        <w:rPr>
          <w:sz w:val="22"/>
        </w:rPr>
        <w:t xml:space="preserve"> dados </w:t>
      </w:r>
      <w:proofErr w:type="spellStart"/>
      <w:r w:rsidR="0077041A">
        <w:rPr>
          <w:sz w:val="22"/>
        </w:rPr>
        <w:t>em</w:t>
      </w:r>
      <w:proofErr w:type="spellEnd"/>
      <w:r w:rsidR="0077041A">
        <w:rPr>
          <w:sz w:val="22"/>
        </w:rPr>
        <w:t xml:space="preserve"> </w:t>
      </w:r>
      <w:proofErr w:type="spellStart"/>
      <w:r w:rsidR="0077041A">
        <w:rPr>
          <w:sz w:val="22"/>
        </w:rPr>
        <w:t>texto</w:t>
      </w:r>
      <w:proofErr w:type="spellEnd"/>
      <w:r w:rsidR="0077041A">
        <w:rPr>
          <w:sz w:val="22"/>
        </w:rPr>
        <w:t xml:space="preserve"> corrido.</w:t>
      </w:r>
      <w:r>
        <w:rPr>
          <w:sz w:val="22"/>
        </w:rPr>
        <w:t xml:space="preserve"> Evite </w:t>
      </w:r>
      <w:proofErr w:type="spellStart"/>
      <w:r>
        <w:rPr>
          <w:sz w:val="22"/>
        </w:rPr>
        <w:t>deixar</w:t>
      </w:r>
      <w:proofErr w:type="spellEnd"/>
      <w:r>
        <w:rPr>
          <w:sz w:val="22"/>
        </w:rPr>
        <w:t xml:space="preserve"> campos </w:t>
      </w:r>
      <w:proofErr w:type="spellStart"/>
      <w:r>
        <w:rPr>
          <w:sz w:val="22"/>
        </w:rPr>
        <w:t>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branco</w:t>
      </w:r>
      <w:proofErr w:type="spellEnd"/>
      <w:r>
        <w:rPr>
          <w:sz w:val="22"/>
        </w:rPr>
        <w:t xml:space="preserve"> sem explicação.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55"/>
        <w:gridCol w:w="2553"/>
        <w:gridCol w:w="2553"/>
        <w:gridCol w:w="2553"/>
      </w:tblGrid>
      <w:tr w:rsidR="00E36E47" w14:paraId="21C96111" w14:textId="77777777">
        <w:tc>
          <w:tcPr>
            <w:tcW w:w="2556" w:type="dxa"/>
            <w:shd w:val="clear" w:color="auto" w:fill="1F4E79"/>
            <w:vAlign w:val="center"/>
          </w:tcPr>
          <w:p w14:paraId="06F1038C" w14:textId="77777777" w:rsidR="00E36E47" w:rsidRDefault="00000000">
            <w:proofErr w:type="spellStart"/>
            <w:r>
              <w:rPr>
                <w:b/>
                <w:color w:val="FFFFFF"/>
                <w:sz w:val="16"/>
              </w:rPr>
              <w:lastRenderedPageBreak/>
              <w:t>Indicador</w:t>
            </w:r>
            <w:proofErr w:type="spellEnd"/>
            <w:r>
              <w:rPr>
                <w:b/>
                <w:color w:val="FFFFFF"/>
                <w:sz w:val="16"/>
              </w:rPr>
              <w:t xml:space="preserve"> / </w:t>
            </w:r>
            <w:proofErr w:type="spellStart"/>
            <w:r>
              <w:rPr>
                <w:b/>
                <w:color w:val="FFFFFF"/>
                <w:sz w:val="16"/>
              </w:rPr>
              <w:t>resultado</w:t>
            </w:r>
            <w:proofErr w:type="spellEnd"/>
          </w:p>
        </w:tc>
        <w:tc>
          <w:tcPr>
            <w:tcW w:w="2556" w:type="dxa"/>
            <w:shd w:val="clear" w:color="auto" w:fill="1F4E79"/>
            <w:vAlign w:val="center"/>
          </w:tcPr>
          <w:p w14:paraId="6721D525" w14:textId="77777777" w:rsidR="00E36E47" w:rsidRDefault="00000000">
            <w:r>
              <w:rPr>
                <w:b/>
                <w:color w:val="FFFFFF"/>
                <w:sz w:val="16"/>
              </w:rPr>
              <w:t xml:space="preserve">Antes / </w:t>
            </w:r>
            <w:proofErr w:type="spellStart"/>
            <w:r>
              <w:rPr>
                <w:b/>
                <w:color w:val="FFFFFF"/>
                <w:sz w:val="16"/>
              </w:rPr>
              <w:t>cenário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inicial</w:t>
            </w:r>
            <w:proofErr w:type="spellEnd"/>
          </w:p>
        </w:tc>
        <w:tc>
          <w:tcPr>
            <w:tcW w:w="2556" w:type="dxa"/>
            <w:shd w:val="clear" w:color="auto" w:fill="1F4E79"/>
            <w:vAlign w:val="center"/>
          </w:tcPr>
          <w:p w14:paraId="17FACAA1" w14:textId="77777777" w:rsidR="00E36E47" w:rsidRDefault="00000000">
            <w:proofErr w:type="spellStart"/>
            <w:r>
              <w:rPr>
                <w:b/>
                <w:color w:val="FFFFFF"/>
                <w:sz w:val="16"/>
              </w:rPr>
              <w:t>Depois</w:t>
            </w:r>
            <w:proofErr w:type="spellEnd"/>
            <w:r>
              <w:rPr>
                <w:b/>
                <w:color w:val="FFFFFF"/>
                <w:sz w:val="16"/>
              </w:rPr>
              <w:t xml:space="preserve"> / </w:t>
            </w:r>
            <w:proofErr w:type="spellStart"/>
            <w:r>
              <w:rPr>
                <w:b/>
                <w:color w:val="FFFFFF"/>
                <w:sz w:val="16"/>
              </w:rPr>
              <w:t>resultado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alcançado</w:t>
            </w:r>
            <w:proofErr w:type="spellEnd"/>
          </w:p>
        </w:tc>
        <w:tc>
          <w:tcPr>
            <w:tcW w:w="2556" w:type="dxa"/>
            <w:shd w:val="clear" w:color="auto" w:fill="1F4E79"/>
            <w:vAlign w:val="center"/>
          </w:tcPr>
          <w:p w14:paraId="0B3C4255" w14:textId="77777777" w:rsidR="00E36E47" w:rsidRDefault="00000000">
            <w:r>
              <w:rPr>
                <w:b/>
                <w:color w:val="FFFFFF"/>
                <w:sz w:val="16"/>
              </w:rPr>
              <w:t xml:space="preserve">Fonte </w:t>
            </w:r>
            <w:proofErr w:type="spellStart"/>
            <w:r>
              <w:rPr>
                <w:b/>
                <w:color w:val="FFFFFF"/>
                <w:sz w:val="16"/>
              </w:rPr>
              <w:t>ou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evidência</w:t>
            </w:r>
            <w:proofErr w:type="spellEnd"/>
          </w:p>
        </w:tc>
      </w:tr>
      <w:tr w:rsidR="00E36E47" w14:paraId="623FD6DA" w14:textId="77777777">
        <w:tc>
          <w:tcPr>
            <w:tcW w:w="2556" w:type="dxa"/>
            <w:shd w:val="clear" w:color="auto" w:fill="F2F2F2"/>
            <w:vAlign w:val="center"/>
          </w:tcPr>
          <w:p w14:paraId="459D86C4" w14:textId="77777777" w:rsidR="00E36E47" w:rsidRDefault="00000000">
            <w:proofErr w:type="spellStart"/>
            <w:r>
              <w:rPr>
                <w:b/>
                <w:color w:val="000000"/>
                <w:sz w:val="15"/>
              </w:rPr>
              <w:t>Indicadores</w:t>
            </w:r>
            <w:proofErr w:type="spellEnd"/>
            <w:r>
              <w:rPr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b/>
                <w:color w:val="000000"/>
                <w:sz w:val="15"/>
              </w:rPr>
              <w:t>acadêmicos</w:t>
            </w:r>
            <w:proofErr w:type="spellEnd"/>
            <w:r>
              <w:rPr>
                <w:b/>
                <w:color w:val="000000"/>
                <w:sz w:val="15"/>
              </w:rPr>
              <w:t xml:space="preserve"> / </w:t>
            </w:r>
            <w:proofErr w:type="spellStart"/>
            <w:r>
              <w:rPr>
                <w:b/>
                <w:color w:val="000000"/>
                <w:sz w:val="15"/>
              </w:rPr>
              <w:t>pedagógicos</w:t>
            </w:r>
            <w:proofErr w:type="spellEnd"/>
          </w:p>
        </w:tc>
        <w:tc>
          <w:tcPr>
            <w:tcW w:w="2556" w:type="dxa"/>
            <w:vAlign w:val="center"/>
          </w:tcPr>
          <w:p w14:paraId="4747F2E1" w14:textId="77777777" w:rsidR="00E36E47" w:rsidRDefault="00E36E47"/>
        </w:tc>
        <w:tc>
          <w:tcPr>
            <w:tcW w:w="2556" w:type="dxa"/>
            <w:vAlign w:val="center"/>
          </w:tcPr>
          <w:p w14:paraId="2E3D8E3C" w14:textId="77777777" w:rsidR="00E36E47" w:rsidRDefault="00E36E47"/>
        </w:tc>
        <w:tc>
          <w:tcPr>
            <w:tcW w:w="2556" w:type="dxa"/>
            <w:vAlign w:val="center"/>
          </w:tcPr>
          <w:p w14:paraId="0A866E3D" w14:textId="77777777" w:rsidR="00E36E47" w:rsidRDefault="00E36E47"/>
        </w:tc>
      </w:tr>
      <w:tr w:rsidR="00E36E47" w14:paraId="1E5D2E67" w14:textId="77777777">
        <w:tc>
          <w:tcPr>
            <w:tcW w:w="2556" w:type="dxa"/>
            <w:shd w:val="clear" w:color="auto" w:fill="F2F2F2"/>
            <w:vAlign w:val="center"/>
          </w:tcPr>
          <w:p w14:paraId="462247FB" w14:textId="77777777" w:rsidR="00E36E47" w:rsidRDefault="00000000">
            <w:r>
              <w:rPr>
                <w:b/>
                <w:color w:val="000000"/>
                <w:sz w:val="15"/>
              </w:rPr>
              <w:t>Indicadores de produtividade ou satisfação dos colaboradores</w:t>
            </w:r>
          </w:p>
        </w:tc>
        <w:tc>
          <w:tcPr>
            <w:tcW w:w="2556" w:type="dxa"/>
            <w:vAlign w:val="center"/>
          </w:tcPr>
          <w:p w14:paraId="2C303968" w14:textId="77777777" w:rsidR="00E36E47" w:rsidRDefault="00E36E47"/>
        </w:tc>
        <w:tc>
          <w:tcPr>
            <w:tcW w:w="2556" w:type="dxa"/>
            <w:vAlign w:val="center"/>
          </w:tcPr>
          <w:p w14:paraId="511720B9" w14:textId="77777777" w:rsidR="00E36E47" w:rsidRDefault="00E36E47"/>
        </w:tc>
        <w:tc>
          <w:tcPr>
            <w:tcW w:w="2556" w:type="dxa"/>
            <w:vAlign w:val="center"/>
          </w:tcPr>
          <w:p w14:paraId="7F4F4028" w14:textId="77777777" w:rsidR="00E36E47" w:rsidRDefault="00E36E47"/>
        </w:tc>
      </w:tr>
      <w:tr w:rsidR="00E36E47" w14:paraId="3314F6F8" w14:textId="77777777">
        <w:tc>
          <w:tcPr>
            <w:tcW w:w="2556" w:type="dxa"/>
            <w:shd w:val="clear" w:color="auto" w:fill="F2F2F2"/>
            <w:vAlign w:val="center"/>
          </w:tcPr>
          <w:p w14:paraId="77C9E03C" w14:textId="77777777" w:rsidR="00E36E47" w:rsidRDefault="00000000">
            <w:r>
              <w:rPr>
                <w:b/>
                <w:color w:val="000000"/>
                <w:sz w:val="15"/>
              </w:rPr>
              <w:t>Indicadores de satisfação de estudantes, famílias, clientes ou usuários</w:t>
            </w:r>
          </w:p>
        </w:tc>
        <w:tc>
          <w:tcPr>
            <w:tcW w:w="2556" w:type="dxa"/>
            <w:vAlign w:val="center"/>
          </w:tcPr>
          <w:p w14:paraId="16AC4E31" w14:textId="77777777" w:rsidR="00E36E47" w:rsidRDefault="00E36E47"/>
        </w:tc>
        <w:tc>
          <w:tcPr>
            <w:tcW w:w="2556" w:type="dxa"/>
            <w:vAlign w:val="center"/>
          </w:tcPr>
          <w:p w14:paraId="6B4072F5" w14:textId="77777777" w:rsidR="00E36E47" w:rsidRDefault="00E36E47"/>
        </w:tc>
        <w:tc>
          <w:tcPr>
            <w:tcW w:w="2556" w:type="dxa"/>
            <w:vAlign w:val="center"/>
          </w:tcPr>
          <w:p w14:paraId="228713F2" w14:textId="77777777" w:rsidR="00E36E47" w:rsidRDefault="00E36E47"/>
        </w:tc>
      </w:tr>
      <w:tr w:rsidR="00E36E47" w14:paraId="49FD00E5" w14:textId="77777777">
        <w:tc>
          <w:tcPr>
            <w:tcW w:w="2556" w:type="dxa"/>
            <w:shd w:val="clear" w:color="auto" w:fill="F2F2F2"/>
            <w:vAlign w:val="center"/>
          </w:tcPr>
          <w:p w14:paraId="46534995" w14:textId="77777777" w:rsidR="00E36E47" w:rsidRDefault="00000000">
            <w:r>
              <w:rPr>
                <w:b/>
                <w:color w:val="000000"/>
                <w:sz w:val="15"/>
              </w:rPr>
              <w:t>Indicadores de captação, permanência ou relacionamento</w:t>
            </w:r>
          </w:p>
        </w:tc>
        <w:tc>
          <w:tcPr>
            <w:tcW w:w="2556" w:type="dxa"/>
            <w:vAlign w:val="center"/>
          </w:tcPr>
          <w:p w14:paraId="043AA988" w14:textId="77777777" w:rsidR="00E36E47" w:rsidRDefault="00E36E47"/>
        </w:tc>
        <w:tc>
          <w:tcPr>
            <w:tcW w:w="2556" w:type="dxa"/>
            <w:vAlign w:val="center"/>
          </w:tcPr>
          <w:p w14:paraId="5986760F" w14:textId="77777777" w:rsidR="00E36E47" w:rsidRDefault="00E36E47"/>
        </w:tc>
        <w:tc>
          <w:tcPr>
            <w:tcW w:w="2556" w:type="dxa"/>
            <w:vAlign w:val="center"/>
          </w:tcPr>
          <w:p w14:paraId="166C0B5F" w14:textId="77777777" w:rsidR="00E36E47" w:rsidRDefault="00E36E47"/>
        </w:tc>
      </w:tr>
      <w:tr w:rsidR="00E36E47" w14:paraId="607577DD" w14:textId="77777777">
        <w:tc>
          <w:tcPr>
            <w:tcW w:w="2556" w:type="dxa"/>
            <w:shd w:val="clear" w:color="auto" w:fill="F2F2F2"/>
            <w:vAlign w:val="center"/>
          </w:tcPr>
          <w:p w14:paraId="0A1832AD" w14:textId="77777777" w:rsidR="00E36E47" w:rsidRDefault="00000000">
            <w:r>
              <w:rPr>
                <w:b/>
                <w:color w:val="000000"/>
                <w:sz w:val="15"/>
              </w:rPr>
              <w:t>Resultados junto à comunidade interna ou externa</w:t>
            </w:r>
          </w:p>
        </w:tc>
        <w:tc>
          <w:tcPr>
            <w:tcW w:w="2556" w:type="dxa"/>
            <w:vAlign w:val="center"/>
          </w:tcPr>
          <w:p w14:paraId="5D5CD663" w14:textId="77777777" w:rsidR="00E36E47" w:rsidRDefault="00E36E47"/>
        </w:tc>
        <w:tc>
          <w:tcPr>
            <w:tcW w:w="2556" w:type="dxa"/>
            <w:vAlign w:val="center"/>
          </w:tcPr>
          <w:p w14:paraId="4D996F01" w14:textId="77777777" w:rsidR="00E36E47" w:rsidRDefault="00E36E47"/>
        </w:tc>
        <w:tc>
          <w:tcPr>
            <w:tcW w:w="2556" w:type="dxa"/>
            <w:vAlign w:val="center"/>
          </w:tcPr>
          <w:p w14:paraId="12444771" w14:textId="77777777" w:rsidR="00E36E47" w:rsidRDefault="00E36E47"/>
        </w:tc>
      </w:tr>
      <w:tr w:rsidR="00E36E47" w14:paraId="26639013" w14:textId="77777777">
        <w:tc>
          <w:tcPr>
            <w:tcW w:w="2556" w:type="dxa"/>
            <w:shd w:val="clear" w:color="auto" w:fill="F2F2F2"/>
            <w:vAlign w:val="center"/>
          </w:tcPr>
          <w:p w14:paraId="158453DF" w14:textId="77777777" w:rsidR="00E36E47" w:rsidRDefault="00000000">
            <w:r>
              <w:rPr>
                <w:b/>
                <w:color w:val="000000"/>
                <w:sz w:val="15"/>
              </w:rPr>
              <w:t>Indicadores de sustentabilidade, inclusão ou responsabilidade social</w:t>
            </w:r>
          </w:p>
        </w:tc>
        <w:tc>
          <w:tcPr>
            <w:tcW w:w="2556" w:type="dxa"/>
            <w:vAlign w:val="center"/>
          </w:tcPr>
          <w:p w14:paraId="10924BC9" w14:textId="77777777" w:rsidR="00E36E47" w:rsidRDefault="00E36E47"/>
        </w:tc>
        <w:tc>
          <w:tcPr>
            <w:tcW w:w="2556" w:type="dxa"/>
            <w:vAlign w:val="center"/>
          </w:tcPr>
          <w:p w14:paraId="57721338" w14:textId="77777777" w:rsidR="00E36E47" w:rsidRDefault="00E36E47"/>
        </w:tc>
        <w:tc>
          <w:tcPr>
            <w:tcW w:w="2556" w:type="dxa"/>
            <w:vAlign w:val="center"/>
          </w:tcPr>
          <w:p w14:paraId="4E5823D5" w14:textId="77777777" w:rsidR="00E36E47" w:rsidRDefault="00E36E47"/>
        </w:tc>
      </w:tr>
      <w:tr w:rsidR="00E36E47" w14:paraId="0E9A570F" w14:textId="77777777">
        <w:tc>
          <w:tcPr>
            <w:tcW w:w="2556" w:type="dxa"/>
            <w:shd w:val="clear" w:color="auto" w:fill="F2F2F2"/>
            <w:vAlign w:val="center"/>
          </w:tcPr>
          <w:p w14:paraId="549AFFBE" w14:textId="77777777" w:rsidR="00E36E47" w:rsidRDefault="00000000">
            <w:r>
              <w:rPr>
                <w:b/>
                <w:color w:val="000000"/>
                <w:sz w:val="15"/>
              </w:rPr>
              <w:t>Impacto na marca, reputação ou posicionamento institucional</w:t>
            </w:r>
          </w:p>
        </w:tc>
        <w:tc>
          <w:tcPr>
            <w:tcW w:w="2556" w:type="dxa"/>
            <w:vAlign w:val="center"/>
          </w:tcPr>
          <w:p w14:paraId="595209DE" w14:textId="77777777" w:rsidR="00E36E47" w:rsidRDefault="00E36E47"/>
        </w:tc>
        <w:tc>
          <w:tcPr>
            <w:tcW w:w="2556" w:type="dxa"/>
            <w:vAlign w:val="center"/>
          </w:tcPr>
          <w:p w14:paraId="3B516E6D" w14:textId="77777777" w:rsidR="00E36E47" w:rsidRDefault="00E36E47"/>
        </w:tc>
        <w:tc>
          <w:tcPr>
            <w:tcW w:w="2556" w:type="dxa"/>
            <w:vAlign w:val="center"/>
          </w:tcPr>
          <w:p w14:paraId="3E063133" w14:textId="77777777" w:rsidR="00E36E47" w:rsidRDefault="00E36E47"/>
        </w:tc>
      </w:tr>
      <w:tr w:rsidR="00E36E47" w14:paraId="67C1886E" w14:textId="77777777">
        <w:tc>
          <w:tcPr>
            <w:tcW w:w="2556" w:type="dxa"/>
            <w:shd w:val="clear" w:color="auto" w:fill="F2F2F2"/>
            <w:vAlign w:val="center"/>
          </w:tcPr>
          <w:p w14:paraId="520A92A5" w14:textId="77777777" w:rsidR="00E36E47" w:rsidRDefault="00000000">
            <w:r>
              <w:rPr>
                <w:b/>
                <w:color w:val="000000"/>
                <w:sz w:val="15"/>
              </w:rPr>
              <w:t>Indicadores financeiros, orçamento ou retorno sobre investimento</w:t>
            </w:r>
          </w:p>
        </w:tc>
        <w:tc>
          <w:tcPr>
            <w:tcW w:w="2556" w:type="dxa"/>
            <w:vAlign w:val="center"/>
          </w:tcPr>
          <w:p w14:paraId="7AA8A69E" w14:textId="77777777" w:rsidR="00E36E47" w:rsidRDefault="00E36E47"/>
        </w:tc>
        <w:tc>
          <w:tcPr>
            <w:tcW w:w="2556" w:type="dxa"/>
            <w:vAlign w:val="center"/>
          </w:tcPr>
          <w:p w14:paraId="330D0412" w14:textId="77777777" w:rsidR="00E36E47" w:rsidRDefault="00E36E47"/>
        </w:tc>
        <w:tc>
          <w:tcPr>
            <w:tcW w:w="2556" w:type="dxa"/>
            <w:vAlign w:val="center"/>
          </w:tcPr>
          <w:p w14:paraId="1561E602" w14:textId="77777777" w:rsidR="00E36E47" w:rsidRDefault="00E36E47"/>
        </w:tc>
      </w:tr>
      <w:tr w:rsidR="00E36E47" w14:paraId="2490AB5A" w14:textId="77777777">
        <w:tc>
          <w:tcPr>
            <w:tcW w:w="2556" w:type="dxa"/>
            <w:shd w:val="clear" w:color="auto" w:fill="F2F2F2"/>
            <w:vAlign w:val="center"/>
          </w:tcPr>
          <w:p w14:paraId="069BDC86" w14:textId="77777777" w:rsidR="00E36E47" w:rsidRDefault="00000000">
            <w:r>
              <w:rPr>
                <w:b/>
                <w:color w:val="000000"/>
                <w:sz w:val="15"/>
              </w:rPr>
              <w:t>Outros resultados tangíveis ou intangíveis relevantes</w:t>
            </w:r>
          </w:p>
        </w:tc>
        <w:tc>
          <w:tcPr>
            <w:tcW w:w="2556" w:type="dxa"/>
            <w:vAlign w:val="center"/>
          </w:tcPr>
          <w:p w14:paraId="2467BE1F" w14:textId="77777777" w:rsidR="00E36E47" w:rsidRDefault="00E36E47"/>
        </w:tc>
        <w:tc>
          <w:tcPr>
            <w:tcW w:w="2556" w:type="dxa"/>
            <w:vAlign w:val="center"/>
          </w:tcPr>
          <w:p w14:paraId="3AF58301" w14:textId="77777777" w:rsidR="00E36E47" w:rsidRDefault="00E36E47"/>
        </w:tc>
        <w:tc>
          <w:tcPr>
            <w:tcW w:w="2556" w:type="dxa"/>
            <w:vAlign w:val="center"/>
          </w:tcPr>
          <w:p w14:paraId="77AF8BBC" w14:textId="77777777" w:rsidR="00E36E47" w:rsidRDefault="00E36E47"/>
        </w:tc>
      </w:tr>
    </w:tbl>
    <w:p w14:paraId="5D0A5F81" w14:textId="77777777" w:rsidR="00E36E47" w:rsidRDefault="00E36E47" w:rsidP="006848A0">
      <w:pPr>
        <w:spacing w:after="0"/>
      </w:pPr>
    </w:p>
    <w:p w14:paraId="71FEC076" w14:textId="77777777" w:rsidR="006848A0" w:rsidRDefault="006848A0" w:rsidP="006848A0">
      <w:pPr>
        <w:spacing w:after="0"/>
      </w:pPr>
    </w:p>
    <w:p w14:paraId="552A5E96" w14:textId="77777777" w:rsidR="00E36E47" w:rsidRPr="006848A0" w:rsidRDefault="00000000" w:rsidP="006848A0">
      <w:pPr>
        <w:pStyle w:val="Ttulo1"/>
        <w:spacing w:before="0"/>
        <w:rPr>
          <w:color w:val="002060"/>
        </w:rPr>
      </w:pPr>
      <w:r w:rsidRPr="006848A0">
        <w:rPr>
          <w:color w:val="002060"/>
        </w:rPr>
        <w:t>8. Evidências anexadas</w:t>
      </w:r>
    </w:p>
    <w:p w14:paraId="557B73BD" w14:textId="77777777" w:rsidR="00E36E47" w:rsidRDefault="00000000">
      <w:r>
        <w:rPr>
          <w:sz w:val="22"/>
        </w:rPr>
        <w:t xml:space="preserve">Liste os materiais enviados para comprovar os resultados apresentados. Exemplos: indicadores antes/depois, relatórios, documentos, pesquisas, fotos, vídeos, depoimentos sistematizados, validações externas, links ou QR codes. </w:t>
      </w:r>
      <w:r w:rsidRPr="0077041A">
        <w:rPr>
          <w:b/>
          <w:bCs/>
          <w:sz w:val="22"/>
        </w:rPr>
        <w:t xml:space="preserve">Os links deverão </w:t>
      </w:r>
      <w:proofErr w:type="spellStart"/>
      <w:r w:rsidRPr="0077041A">
        <w:rPr>
          <w:b/>
          <w:bCs/>
          <w:sz w:val="22"/>
        </w:rPr>
        <w:t>estar</w:t>
      </w:r>
      <w:proofErr w:type="spellEnd"/>
      <w:r w:rsidRPr="0077041A">
        <w:rPr>
          <w:b/>
          <w:bCs/>
          <w:sz w:val="22"/>
        </w:rPr>
        <w:t xml:space="preserve"> no drive </w:t>
      </w:r>
      <w:proofErr w:type="spellStart"/>
      <w:r w:rsidRPr="0077041A">
        <w:rPr>
          <w:b/>
          <w:bCs/>
          <w:sz w:val="22"/>
        </w:rPr>
        <w:t>compartilhado</w:t>
      </w:r>
      <w:proofErr w:type="spellEnd"/>
      <w:r>
        <w:rPr>
          <w:sz w:val="22"/>
        </w:rPr>
        <w:t xml:space="preserve">; </w:t>
      </w:r>
      <w:proofErr w:type="spellStart"/>
      <w:r>
        <w:rPr>
          <w:sz w:val="22"/>
        </w:rPr>
        <w:t>copie</w:t>
      </w:r>
      <w:proofErr w:type="spellEnd"/>
      <w:r>
        <w:rPr>
          <w:sz w:val="22"/>
        </w:rPr>
        <w:t xml:space="preserve"> </w:t>
      </w:r>
      <w:r w:rsidR="0077041A">
        <w:rPr>
          <w:sz w:val="22"/>
        </w:rPr>
        <w:t xml:space="preserve">e </w:t>
      </w:r>
      <w:proofErr w:type="spellStart"/>
      <w:r w:rsidR="0077041A">
        <w:rPr>
          <w:sz w:val="22"/>
        </w:rPr>
        <w:t>cole</w:t>
      </w:r>
      <w:proofErr w:type="spellEnd"/>
      <w:r w:rsidR="0077041A">
        <w:rPr>
          <w:sz w:val="22"/>
        </w:rPr>
        <w:t xml:space="preserve"> </w:t>
      </w:r>
      <w:proofErr w:type="spellStart"/>
      <w:r>
        <w:rPr>
          <w:sz w:val="22"/>
        </w:rPr>
        <w:t>aqui</w:t>
      </w:r>
      <w:proofErr w:type="spellEnd"/>
      <w:r>
        <w:rPr>
          <w:sz w:val="22"/>
        </w:rPr>
        <w:t xml:space="preserve"> o link da pasta ou do material.</w:t>
      </w:r>
    </w:p>
    <w:p w14:paraId="7C13EBEE" w14:textId="77777777" w:rsidR="00E36E47" w:rsidRPr="00C43F5B" w:rsidRDefault="00000000">
      <w:pPr>
        <w:rPr>
          <w:b/>
          <w:bCs/>
        </w:rPr>
      </w:pPr>
      <w:r w:rsidRPr="00C43F5B">
        <w:rPr>
          <w:b/>
          <w:bCs/>
        </w:rPr>
        <w:t>Indique, sempre que possível, se cada evidência comprova implementação, alcance/participação, resultado ou impacto/transformação.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05"/>
        <w:gridCol w:w="3405"/>
        <w:gridCol w:w="3404"/>
      </w:tblGrid>
      <w:tr w:rsidR="00E36E47" w14:paraId="74680BD1" w14:textId="77777777">
        <w:tc>
          <w:tcPr>
            <w:tcW w:w="3408" w:type="dxa"/>
            <w:shd w:val="clear" w:color="auto" w:fill="1F4E79"/>
            <w:vAlign w:val="center"/>
          </w:tcPr>
          <w:p w14:paraId="234EF43C" w14:textId="77777777" w:rsidR="00E36E47" w:rsidRDefault="00000000">
            <w:r>
              <w:rPr>
                <w:b/>
                <w:color w:val="FFFFFF"/>
                <w:sz w:val="16"/>
              </w:rPr>
              <w:t>Evidência enviada</w:t>
            </w:r>
          </w:p>
        </w:tc>
        <w:tc>
          <w:tcPr>
            <w:tcW w:w="3408" w:type="dxa"/>
            <w:shd w:val="clear" w:color="auto" w:fill="1F4E79"/>
            <w:vAlign w:val="center"/>
          </w:tcPr>
          <w:p w14:paraId="26FC757E" w14:textId="77777777" w:rsidR="00E36E47" w:rsidRDefault="00000000">
            <w:r>
              <w:rPr>
                <w:b/>
                <w:color w:val="FFFFFF"/>
                <w:sz w:val="16"/>
              </w:rPr>
              <w:t>O que comprova</w:t>
            </w:r>
            <w:r w:rsidRPr="00C43F5B">
              <w:rPr>
                <w:b/>
                <w:color w:val="FFFFFF"/>
                <w:sz w:val="16"/>
              </w:rPr>
              <w:t xml:space="preserve"> / tipo de evidência</w:t>
            </w:r>
          </w:p>
        </w:tc>
        <w:tc>
          <w:tcPr>
            <w:tcW w:w="3408" w:type="dxa"/>
            <w:shd w:val="clear" w:color="auto" w:fill="1F4E79"/>
            <w:vAlign w:val="center"/>
          </w:tcPr>
          <w:p w14:paraId="3E34387E" w14:textId="77777777" w:rsidR="00E36E47" w:rsidRDefault="00000000">
            <w:r>
              <w:rPr>
                <w:b/>
                <w:color w:val="FFFFFF"/>
                <w:sz w:val="16"/>
              </w:rPr>
              <w:t>Fonte, data ou link</w:t>
            </w:r>
          </w:p>
        </w:tc>
      </w:tr>
      <w:tr w:rsidR="00E36E47" w14:paraId="2E85D26E" w14:textId="77777777">
        <w:tc>
          <w:tcPr>
            <w:tcW w:w="3408" w:type="dxa"/>
            <w:shd w:val="clear" w:color="auto" w:fill="F2F2F2"/>
            <w:vAlign w:val="center"/>
          </w:tcPr>
          <w:p w14:paraId="569A4D28" w14:textId="77777777" w:rsidR="00E36E47" w:rsidRDefault="00E36E47"/>
        </w:tc>
        <w:tc>
          <w:tcPr>
            <w:tcW w:w="3408" w:type="dxa"/>
            <w:vAlign w:val="center"/>
          </w:tcPr>
          <w:p w14:paraId="788ED7A9" w14:textId="77777777" w:rsidR="00E36E47" w:rsidRDefault="00E36E47"/>
        </w:tc>
        <w:tc>
          <w:tcPr>
            <w:tcW w:w="3408" w:type="dxa"/>
            <w:vAlign w:val="center"/>
          </w:tcPr>
          <w:p w14:paraId="1AF47053" w14:textId="77777777" w:rsidR="00E36E47" w:rsidRDefault="00E36E47"/>
        </w:tc>
      </w:tr>
      <w:tr w:rsidR="00E36E47" w14:paraId="664E663C" w14:textId="77777777">
        <w:tc>
          <w:tcPr>
            <w:tcW w:w="3408" w:type="dxa"/>
            <w:shd w:val="clear" w:color="auto" w:fill="F2F2F2"/>
            <w:vAlign w:val="center"/>
          </w:tcPr>
          <w:p w14:paraId="5EE69B3A" w14:textId="77777777" w:rsidR="00E36E47" w:rsidRDefault="00E36E47"/>
        </w:tc>
        <w:tc>
          <w:tcPr>
            <w:tcW w:w="3408" w:type="dxa"/>
            <w:vAlign w:val="center"/>
          </w:tcPr>
          <w:p w14:paraId="4FDDF508" w14:textId="77777777" w:rsidR="00E36E47" w:rsidRDefault="00E36E47"/>
        </w:tc>
        <w:tc>
          <w:tcPr>
            <w:tcW w:w="3408" w:type="dxa"/>
            <w:vAlign w:val="center"/>
          </w:tcPr>
          <w:p w14:paraId="110E2281" w14:textId="77777777" w:rsidR="00E36E47" w:rsidRDefault="00E36E47"/>
        </w:tc>
      </w:tr>
      <w:tr w:rsidR="00E36E47" w14:paraId="26EF57EB" w14:textId="77777777">
        <w:tc>
          <w:tcPr>
            <w:tcW w:w="3408" w:type="dxa"/>
            <w:shd w:val="clear" w:color="auto" w:fill="F2F2F2"/>
            <w:vAlign w:val="center"/>
          </w:tcPr>
          <w:p w14:paraId="68B4EE8D" w14:textId="77777777" w:rsidR="00E36E47" w:rsidRDefault="00E36E47"/>
        </w:tc>
        <w:tc>
          <w:tcPr>
            <w:tcW w:w="3408" w:type="dxa"/>
            <w:vAlign w:val="center"/>
          </w:tcPr>
          <w:p w14:paraId="00308080" w14:textId="77777777" w:rsidR="00E36E47" w:rsidRDefault="00E36E47"/>
        </w:tc>
        <w:tc>
          <w:tcPr>
            <w:tcW w:w="3408" w:type="dxa"/>
            <w:vAlign w:val="center"/>
          </w:tcPr>
          <w:p w14:paraId="5FBE69D7" w14:textId="77777777" w:rsidR="00E36E47" w:rsidRDefault="00E36E47"/>
        </w:tc>
      </w:tr>
      <w:tr w:rsidR="00E36E47" w14:paraId="0DA9D990" w14:textId="77777777">
        <w:tc>
          <w:tcPr>
            <w:tcW w:w="3408" w:type="dxa"/>
            <w:shd w:val="clear" w:color="auto" w:fill="F2F2F2"/>
            <w:vAlign w:val="center"/>
          </w:tcPr>
          <w:p w14:paraId="470C8912" w14:textId="77777777" w:rsidR="00E36E47" w:rsidRDefault="00E36E47"/>
        </w:tc>
        <w:tc>
          <w:tcPr>
            <w:tcW w:w="3408" w:type="dxa"/>
            <w:vAlign w:val="center"/>
          </w:tcPr>
          <w:p w14:paraId="46F341F1" w14:textId="77777777" w:rsidR="00E36E47" w:rsidRDefault="00E36E47"/>
        </w:tc>
        <w:tc>
          <w:tcPr>
            <w:tcW w:w="3408" w:type="dxa"/>
            <w:vAlign w:val="center"/>
          </w:tcPr>
          <w:p w14:paraId="7D35A28C" w14:textId="77777777" w:rsidR="00E36E47" w:rsidRDefault="00E36E47"/>
        </w:tc>
      </w:tr>
      <w:tr w:rsidR="00E36E47" w14:paraId="57B37B1A" w14:textId="77777777">
        <w:tc>
          <w:tcPr>
            <w:tcW w:w="3408" w:type="dxa"/>
            <w:shd w:val="clear" w:color="auto" w:fill="F2F2F2"/>
            <w:vAlign w:val="center"/>
          </w:tcPr>
          <w:p w14:paraId="480C10CD" w14:textId="77777777" w:rsidR="00E36E47" w:rsidRDefault="00E36E47"/>
        </w:tc>
        <w:tc>
          <w:tcPr>
            <w:tcW w:w="3408" w:type="dxa"/>
            <w:vAlign w:val="center"/>
          </w:tcPr>
          <w:p w14:paraId="11ED57C0" w14:textId="77777777" w:rsidR="00E36E47" w:rsidRDefault="00E36E47"/>
        </w:tc>
        <w:tc>
          <w:tcPr>
            <w:tcW w:w="3408" w:type="dxa"/>
            <w:vAlign w:val="center"/>
          </w:tcPr>
          <w:p w14:paraId="594C1AF8" w14:textId="77777777" w:rsidR="00E36E47" w:rsidRDefault="00E36E47"/>
        </w:tc>
      </w:tr>
    </w:tbl>
    <w:p w14:paraId="1B867A93" w14:textId="77777777" w:rsidR="00E36E47" w:rsidRPr="006848A0" w:rsidRDefault="00000000">
      <w:pPr>
        <w:pStyle w:val="Ttulo1"/>
        <w:rPr>
          <w:color w:val="002060"/>
        </w:rPr>
      </w:pPr>
      <w:r w:rsidRPr="006848A0">
        <w:rPr>
          <w:color w:val="002060"/>
        </w:rPr>
        <w:t>9. Inovação ou diferencial da prática</w:t>
      </w:r>
    </w:p>
    <w:p w14:paraId="111922FC" w14:textId="77777777" w:rsidR="00E36E47" w:rsidRPr="0077041A" w:rsidRDefault="00000000">
      <w:pPr>
        <w:rPr>
          <w:sz w:val="22"/>
          <w:szCs w:val="24"/>
        </w:rPr>
      </w:pPr>
      <w:r w:rsidRPr="0077041A">
        <w:rPr>
          <w:sz w:val="22"/>
          <w:szCs w:val="24"/>
        </w:rPr>
        <w:t>Explique o que torna a prática relevante ou diferenciada. Inovação não precisa ser apenas tecnológica; pode estar na metodologia, gestão, articulação, abordagem pedagógica, uso de dados, impacto social, modelo de relacionamento ou forma de resolver um problema.</w:t>
      </w:r>
    </w:p>
    <w:p w14:paraId="0C5FDF43" w14:textId="77777777" w:rsidR="00E36E47" w:rsidRDefault="006848A0" w:rsidP="006848A0">
      <w:pPr>
        <w:pStyle w:val="PargrafodaLista"/>
        <w:numPr>
          <w:ilvl w:val="0"/>
          <w:numId w:val="10"/>
        </w:numPr>
        <w:spacing w:after="0"/>
      </w:pPr>
      <w:r>
        <w:t xml:space="preserve">O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diferencia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prática</w:t>
      </w:r>
      <w:proofErr w:type="spellEnd"/>
      <w:r>
        <w:t xml:space="preserve"> de outras iniciativas semelhantes?</w:t>
      </w:r>
    </w:p>
    <w:p w14:paraId="5504CC47" w14:textId="77777777" w:rsidR="00E36E47" w:rsidRDefault="00000000" w:rsidP="006848A0">
      <w:pPr>
        <w:pStyle w:val="PargrafodaLista"/>
        <w:numPr>
          <w:ilvl w:val="0"/>
          <w:numId w:val="11"/>
        </w:numPr>
        <w:spacing w:after="0"/>
      </w:pPr>
      <w:r>
        <w:t xml:space="preserve">Qual </w:t>
      </w:r>
      <w:proofErr w:type="spellStart"/>
      <w:r>
        <w:t>foi</w:t>
      </w:r>
      <w:proofErr w:type="spellEnd"/>
      <w:r>
        <w:t xml:space="preserve"> a principal </w:t>
      </w:r>
      <w:proofErr w:type="spellStart"/>
      <w:r>
        <w:t>contribuição</w:t>
      </w:r>
      <w:proofErr w:type="spellEnd"/>
      <w:r>
        <w:t xml:space="preserve"> inovadora para o contexto da organização?</w:t>
      </w:r>
    </w:p>
    <w:p w14:paraId="341DAFD0" w14:textId="77777777" w:rsidR="00E36E47" w:rsidRDefault="00000000" w:rsidP="006848A0">
      <w:pPr>
        <w:pStyle w:val="PargrafodaLista"/>
        <w:numPr>
          <w:ilvl w:val="0"/>
          <w:numId w:val="11"/>
        </w:numPr>
        <w:spacing w:after="0"/>
      </w:pPr>
      <w:r>
        <w:t>Como esse diferencial se relaciona aos resultados obtidos?</w:t>
      </w:r>
    </w:p>
    <w:p w14:paraId="71EE873D" w14:textId="77777777" w:rsidR="006848A0" w:rsidRDefault="006848A0"/>
    <w:p w14:paraId="66C736B4" w14:textId="77777777" w:rsidR="00E36E47" w:rsidRDefault="00000000">
      <w:proofErr w:type="spellStart"/>
      <w:r>
        <w:t>Resposta</w:t>
      </w:r>
      <w:proofErr w:type="spellEnd"/>
      <w:r>
        <w:t>:</w:t>
      </w:r>
    </w:p>
    <w:p w14:paraId="038A87DD" w14:textId="77777777" w:rsidR="00E36E47" w:rsidRDefault="00000000">
      <w:r>
        <w:br/>
      </w:r>
      <w:r>
        <w:br/>
      </w:r>
      <w:r>
        <w:br/>
      </w:r>
      <w:r>
        <w:lastRenderedPageBreak/>
        <w:br/>
      </w:r>
    </w:p>
    <w:p w14:paraId="748ACF0C" w14:textId="77777777" w:rsidR="00E36E47" w:rsidRPr="00387610" w:rsidRDefault="00000000">
      <w:pPr>
        <w:pStyle w:val="Ttulo1"/>
        <w:rPr>
          <w:color w:val="002060"/>
        </w:rPr>
      </w:pPr>
      <w:r w:rsidRPr="00387610">
        <w:rPr>
          <w:color w:val="002060"/>
        </w:rPr>
        <w:t>10. Lições aprendidas e ajustes realizados</w:t>
      </w:r>
    </w:p>
    <w:p w14:paraId="0C35EE2F" w14:textId="77777777" w:rsidR="00E36E47" w:rsidRPr="0077041A" w:rsidRDefault="00000000">
      <w:pPr>
        <w:rPr>
          <w:sz w:val="22"/>
          <w:szCs w:val="24"/>
        </w:rPr>
      </w:pPr>
      <w:r w:rsidRPr="0077041A">
        <w:rPr>
          <w:sz w:val="22"/>
          <w:szCs w:val="24"/>
        </w:rPr>
        <w:t>Relate aprendizados, desafios e ajustes feitos ao longo do processo. A Comissão valoriza práticas capazes de aprender, adaptar e evoluir.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6480"/>
      </w:tblGrid>
      <w:tr w:rsidR="00E36E47" w:rsidRPr="00387610" w14:paraId="17B17444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0BFF2711" w14:textId="77777777" w:rsidR="00E36E47" w:rsidRPr="00387610" w:rsidRDefault="00000000">
            <w:r w:rsidRPr="00387610">
              <w:rPr>
                <w:b/>
                <w:color w:val="000000"/>
                <w:sz w:val="18"/>
              </w:rPr>
              <w:t>Principais aprendizados</w:t>
            </w:r>
          </w:p>
        </w:tc>
        <w:tc>
          <w:tcPr>
            <w:tcW w:w="6480" w:type="dxa"/>
            <w:vAlign w:val="center"/>
          </w:tcPr>
          <w:p w14:paraId="568A6E2C" w14:textId="77777777" w:rsidR="00E36E47" w:rsidRPr="00387610" w:rsidRDefault="00E36E47"/>
        </w:tc>
      </w:tr>
      <w:tr w:rsidR="00E36E47" w:rsidRPr="00387610" w14:paraId="00261C62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0DC605DC" w14:textId="77777777" w:rsidR="00E36E47" w:rsidRPr="00387610" w:rsidRDefault="00000000">
            <w:r w:rsidRPr="00387610">
              <w:rPr>
                <w:b/>
                <w:color w:val="000000"/>
                <w:sz w:val="18"/>
              </w:rPr>
              <w:t>Desafios enfrentados</w:t>
            </w:r>
          </w:p>
        </w:tc>
        <w:tc>
          <w:tcPr>
            <w:tcW w:w="6480" w:type="dxa"/>
            <w:vAlign w:val="center"/>
          </w:tcPr>
          <w:p w14:paraId="00DB8265" w14:textId="77777777" w:rsidR="00E36E47" w:rsidRPr="00387610" w:rsidRDefault="00E36E47"/>
        </w:tc>
      </w:tr>
      <w:tr w:rsidR="00E36E47" w:rsidRPr="00387610" w14:paraId="064E5D86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511B9E37" w14:textId="77777777" w:rsidR="00E36E47" w:rsidRPr="00387610" w:rsidRDefault="00000000">
            <w:r w:rsidRPr="00387610">
              <w:rPr>
                <w:b/>
                <w:color w:val="000000"/>
                <w:sz w:val="18"/>
              </w:rPr>
              <w:t>Ajustes realizados durante a implementação</w:t>
            </w:r>
          </w:p>
        </w:tc>
        <w:tc>
          <w:tcPr>
            <w:tcW w:w="6480" w:type="dxa"/>
            <w:vAlign w:val="center"/>
          </w:tcPr>
          <w:p w14:paraId="2B917551" w14:textId="77777777" w:rsidR="00E36E47" w:rsidRPr="00387610" w:rsidRDefault="00E36E47"/>
        </w:tc>
      </w:tr>
      <w:tr w:rsidR="00E36E47" w14:paraId="6921EA51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0766A0E5" w14:textId="77777777" w:rsidR="00E36E47" w:rsidRDefault="00000000">
            <w:r w:rsidRPr="00387610">
              <w:rPr>
                <w:b/>
                <w:color w:val="000000"/>
                <w:sz w:val="18"/>
              </w:rPr>
              <w:t>O que seria feito de forma diferente em uma próxima etapa</w:t>
            </w:r>
          </w:p>
        </w:tc>
        <w:tc>
          <w:tcPr>
            <w:tcW w:w="6480" w:type="dxa"/>
            <w:vAlign w:val="center"/>
          </w:tcPr>
          <w:p w14:paraId="0737220C" w14:textId="77777777" w:rsidR="00E36E47" w:rsidRDefault="00E36E47"/>
        </w:tc>
      </w:tr>
    </w:tbl>
    <w:p w14:paraId="55271BF6" w14:textId="77777777" w:rsidR="00E36E47" w:rsidRPr="006848A0" w:rsidRDefault="00000000">
      <w:pPr>
        <w:pStyle w:val="Ttulo1"/>
        <w:rPr>
          <w:color w:val="002060"/>
        </w:rPr>
      </w:pPr>
      <w:r w:rsidRPr="006848A0">
        <w:rPr>
          <w:color w:val="002060"/>
        </w:rPr>
        <w:t>11. Sustentabilidade e continuidade</w:t>
      </w:r>
    </w:p>
    <w:p w14:paraId="586893D8" w14:textId="77777777" w:rsidR="00E36E47" w:rsidRPr="0077041A" w:rsidRDefault="00000000">
      <w:pPr>
        <w:rPr>
          <w:sz w:val="22"/>
          <w:szCs w:val="24"/>
        </w:rPr>
      </w:pPr>
      <w:r w:rsidRPr="0077041A">
        <w:rPr>
          <w:sz w:val="22"/>
          <w:szCs w:val="24"/>
        </w:rPr>
        <w:t>Explique como a prática será mantida, aprimorada ou expandida. Demonstre se existem condições institucionais, recursos, responsáveis, processos ou políticas que sustentem sua continuidade.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6480"/>
      </w:tblGrid>
      <w:tr w:rsidR="00E36E47" w14:paraId="2B01478A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3EFC9964" w14:textId="77777777" w:rsidR="00E36E47" w:rsidRDefault="00000000">
            <w:r>
              <w:rPr>
                <w:b/>
                <w:color w:val="000000"/>
                <w:sz w:val="18"/>
              </w:rPr>
              <w:t>A prática continuará em execução?</w:t>
            </w:r>
          </w:p>
        </w:tc>
        <w:tc>
          <w:tcPr>
            <w:tcW w:w="6480" w:type="dxa"/>
            <w:vAlign w:val="center"/>
          </w:tcPr>
          <w:p w14:paraId="7B955596" w14:textId="77777777" w:rsidR="00E36E47" w:rsidRDefault="00E36E47"/>
        </w:tc>
      </w:tr>
      <w:tr w:rsidR="00E36E47" w14:paraId="0DE9A378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6B225046" w14:textId="77777777" w:rsidR="00E36E47" w:rsidRDefault="00000000">
            <w:r>
              <w:rPr>
                <w:b/>
                <w:color w:val="000000"/>
                <w:sz w:val="18"/>
              </w:rPr>
              <w:t>Há previsão de expansão, adaptação ou nova fase?</w:t>
            </w:r>
          </w:p>
        </w:tc>
        <w:tc>
          <w:tcPr>
            <w:tcW w:w="6480" w:type="dxa"/>
            <w:vAlign w:val="center"/>
          </w:tcPr>
          <w:p w14:paraId="1E6E70C9" w14:textId="77777777" w:rsidR="00E36E47" w:rsidRDefault="00E36E47"/>
        </w:tc>
      </w:tr>
      <w:tr w:rsidR="00E36E47" w14:paraId="3786D94C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5730DAE7" w14:textId="77777777" w:rsidR="00E36E47" w:rsidRDefault="00000000">
            <w:r>
              <w:rPr>
                <w:b/>
                <w:color w:val="000000"/>
                <w:sz w:val="18"/>
              </w:rPr>
              <w:t>Quais recursos, equipes ou políticas sustentam a continuidade?</w:t>
            </w:r>
          </w:p>
        </w:tc>
        <w:tc>
          <w:tcPr>
            <w:tcW w:w="6480" w:type="dxa"/>
            <w:vAlign w:val="center"/>
          </w:tcPr>
          <w:p w14:paraId="084AC57C" w14:textId="77777777" w:rsidR="00E36E47" w:rsidRDefault="00E36E47"/>
        </w:tc>
      </w:tr>
      <w:tr w:rsidR="00E36E47" w14:paraId="4D4D3A9C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4B4B1BBD" w14:textId="77777777" w:rsidR="00E36E47" w:rsidRDefault="00000000">
            <w:r>
              <w:rPr>
                <w:b/>
                <w:color w:val="000000"/>
                <w:sz w:val="18"/>
              </w:rPr>
              <w:t>Quais riscos podem comprometer a continuidade e como serão tratados?</w:t>
            </w:r>
          </w:p>
        </w:tc>
        <w:tc>
          <w:tcPr>
            <w:tcW w:w="6480" w:type="dxa"/>
            <w:vAlign w:val="center"/>
          </w:tcPr>
          <w:p w14:paraId="1B74076A" w14:textId="77777777" w:rsidR="00E36E47" w:rsidRDefault="00E36E47"/>
        </w:tc>
      </w:tr>
    </w:tbl>
    <w:p w14:paraId="26CE48FE" w14:textId="77777777" w:rsidR="00E36E47" w:rsidRDefault="00E36E47"/>
    <w:p w14:paraId="52D2F557" w14:textId="77777777" w:rsidR="00E36E47" w:rsidRPr="006848A0" w:rsidRDefault="00000000">
      <w:pPr>
        <w:pStyle w:val="Ttulo1"/>
        <w:rPr>
          <w:color w:val="002060"/>
        </w:rPr>
      </w:pPr>
      <w:r w:rsidRPr="006848A0">
        <w:rPr>
          <w:color w:val="002060"/>
        </w:rPr>
        <w:t>12. Replicabilidade e potencial de inspiração</w:t>
      </w:r>
    </w:p>
    <w:p w14:paraId="021AE5DF" w14:textId="77777777" w:rsidR="00E36E47" w:rsidRPr="0077041A" w:rsidRDefault="00000000">
      <w:pPr>
        <w:rPr>
          <w:sz w:val="22"/>
          <w:szCs w:val="24"/>
        </w:rPr>
      </w:pPr>
      <w:r w:rsidRPr="0077041A">
        <w:rPr>
          <w:sz w:val="22"/>
          <w:szCs w:val="24"/>
        </w:rPr>
        <w:t>Avalie se a prática pode inspirar outras instituições, áreas, unidades, redes ou empresas. Caso já tenha sido replicada ou despertado interesse, descreva.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6480"/>
      </w:tblGrid>
      <w:tr w:rsidR="00E36E47" w14:paraId="43CCCCAF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5CF158A1" w14:textId="77777777" w:rsidR="00E36E47" w:rsidRDefault="00000000">
            <w:r>
              <w:rPr>
                <w:b/>
                <w:color w:val="000000"/>
                <w:sz w:val="18"/>
              </w:rPr>
              <w:t>A prática pode ser aplicada em outros contextos?</w:t>
            </w:r>
          </w:p>
        </w:tc>
        <w:tc>
          <w:tcPr>
            <w:tcW w:w="6480" w:type="dxa"/>
            <w:vAlign w:val="center"/>
          </w:tcPr>
          <w:p w14:paraId="31E1F04F" w14:textId="77777777" w:rsidR="00E36E47" w:rsidRDefault="00E36E47"/>
        </w:tc>
      </w:tr>
      <w:tr w:rsidR="00E36E47" w14:paraId="58586890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22D52214" w14:textId="77777777" w:rsidR="00E36E47" w:rsidRDefault="00000000">
            <w:r>
              <w:rPr>
                <w:b/>
                <w:color w:val="000000"/>
                <w:sz w:val="18"/>
              </w:rPr>
              <w:t>Quais adaptações seriam necessárias?</w:t>
            </w:r>
          </w:p>
        </w:tc>
        <w:tc>
          <w:tcPr>
            <w:tcW w:w="6480" w:type="dxa"/>
            <w:vAlign w:val="center"/>
          </w:tcPr>
          <w:p w14:paraId="65891E33" w14:textId="77777777" w:rsidR="00E36E47" w:rsidRDefault="00E36E47"/>
        </w:tc>
      </w:tr>
      <w:tr w:rsidR="00E36E47" w14:paraId="787C2CCA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52B03494" w14:textId="77777777" w:rsidR="00E36E47" w:rsidRDefault="00000000">
            <w:r>
              <w:rPr>
                <w:b/>
                <w:color w:val="000000"/>
                <w:sz w:val="18"/>
              </w:rPr>
              <w:t>Já houve interesse, replicação, apresentação externa ou reconhecimento?</w:t>
            </w:r>
          </w:p>
        </w:tc>
        <w:tc>
          <w:tcPr>
            <w:tcW w:w="6480" w:type="dxa"/>
            <w:vAlign w:val="center"/>
          </w:tcPr>
          <w:p w14:paraId="4CDDEA8E" w14:textId="77777777" w:rsidR="00E36E47" w:rsidRDefault="00E36E47"/>
        </w:tc>
      </w:tr>
      <w:tr w:rsidR="00E36E47" w14:paraId="17641DF3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4ECF2E1A" w14:textId="77777777" w:rsidR="00E36E47" w:rsidRDefault="00000000">
            <w:r>
              <w:rPr>
                <w:b/>
                <w:color w:val="000000"/>
                <w:sz w:val="18"/>
              </w:rPr>
              <w:t>Quais aprendizados podem ser compartilhados com o setor educacional?</w:t>
            </w:r>
          </w:p>
        </w:tc>
        <w:tc>
          <w:tcPr>
            <w:tcW w:w="6480" w:type="dxa"/>
            <w:vAlign w:val="center"/>
          </w:tcPr>
          <w:p w14:paraId="7D288ADC" w14:textId="77777777" w:rsidR="00E36E47" w:rsidRDefault="00E36E47"/>
        </w:tc>
      </w:tr>
    </w:tbl>
    <w:p w14:paraId="76DDA8D9" w14:textId="77777777" w:rsidR="00C0100F" w:rsidRDefault="00C0100F"/>
    <w:sectPr w:rsidR="00C0100F" w:rsidSect="0077041A">
      <w:headerReference w:type="default" r:id="rId8"/>
      <w:footerReference w:type="default" r:id="rId9"/>
      <w:pgSz w:w="12240" w:h="15840"/>
      <w:pgMar w:top="1418" w:right="1008" w:bottom="936" w:left="1008" w:header="720" w:footer="10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F5D04" w14:textId="77777777" w:rsidR="00C0100F" w:rsidRDefault="00C0100F">
      <w:pPr>
        <w:spacing w:after="0" w:line="240" w:lineRule="auto"/>
      </w:pPr>
      <w:r>
        <w:separator/>
      </w:r>
    </w:p>
  </w:endnote>
  <w:endnote w:type="continuationSeparator" w:id="0">
    <w:p w14:paraId="7CDE552B" w14:textId="77777777" w:rsidR="00C0100F" w:rsidRDefault="00C01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26006" w14:textId="77777777" w:rsidR="0087421F" w:rsidRDefault="0087421F">
    <w:pPr>
      <w:pStyle w:val="Rodap"/>
      <w:jc w:val="center"/>
      <w:rPr>
        <w:color w:val="00A651"/>
        <w:sz w:val="16"/>
      </w:rPr>
    </w:pPr>
  </w:p>
  <w:p w14:paraId="7C7A9873" w14:textId="77777777" w:rsidR="0087421F" w:rsidRDefault="00056AA7">
    <w:pPr>
      <w:pStyle w:val="Rodap"/>
      <w:jc w:val="center"/>
      <w:rPr>
        <w:color w:val="00A651"/>
        <w:sz w:val="16"/>
      </w:rPr>
    </w:pPr>
    <w:r>
      <w:rPr>
        <w:noProof/>
        <w:color w:val="00A651"/>
        <w:sz w:val="16"/>
      </w:rPr>
      <w:drawing>
        <wp:anchor distT="0" distB="0" distL="114300" distR="114300" simplePos="0" relativeHeight="251657216" behindDoc="1" locked="0" layoutInCell="1" allowOverlap="1" wp14:anchorId="51FA16A4" wp14:editId="75794747">
          <wp:simplePos x="0" y="0"/>
          <wp:positionH relativeFrom="column">
            <wp:posOffset>1524000</wp:posOffset>
          </wp:positionH>
          <wp:positionV relativeFrom="paragraph">
            <wp:posOffset>37465</wp:posOffset>
          </wp:positionV>
          <wp:extent cx="3436620" cy="613410"/>
          <wp:effectExtent l="0" t="0" r="0" b="0"/>
          <wp:wrapTight wrapText="bothSides">
            <wp:wrapPolygon edited="0">
              <wp:start x="0" y="0"/>
              <wp:lineTo x="0" y="20795"/>
              <wp:lineTo x="21432" y="20795"/>
              <wp:lineTo x="21432" y="0"/>
              <wp:lineTo x="0" y="0"/>
            </wp:wrapPolygon>
          </wp:wrapTight>
          <wp:docPr id="205294845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449169" name="Imagem 208244916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36620" cy="613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F40A6" w14:textId="77777777" w:rsidR="00C0100F" w:rsidRDefault="00C0100F">
      <w:pPr>
        <w:spacing w:after="0" w:line="240" w:lineRule="auto"/>
      </w:pPr>
      <w:r>
        <w:separator/>
      </w:r>
    </w:p>
  </w:footnote>
  <w:footnote w:type="continuationSeparator" w:id="0">
    <w:p w14:paraId="570B0AD8" w14:textId="77777777" w:rsidR="00C0100F" w:rsidRDefault="00C01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1BAF7" w14:textId="77777777" w:rsidR="00E36E47" w:rsidRDefault="00056AA7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05AF27" wp14:editId="53AB6629">
          <wp:simplePos x="0" y="0"/>
          <wp:positionH relativeFrom="column">
            <wp:posOffset>2773680</wp:posOffset>
          </wp:positionH>
          <wp:positionV relativeFrom="paragraph">
            <wp:posOffset>-236220</wp:posOffset>
          </wp:positionV>
          <wp:extent cx="929640" cy="543560"/>
          <wp:effectExtent l="0" t="0" r="3810" b="8890"/>
          <wp:wrapTight wrapText="bothSides">
            <wp:wrapPolygon edited="0">
              <wp:start x="14607" y="0"/>
              <wp:lineTo x="0" y="1514"/>
              <wp:lineTo x="0" y="21196"/>
              <wp:lineTo x="19918" y="21196"/>
              <wp:lineTo x="20361" y="19682"/>
              <wp:lineTo x="18590" y="15897"/>
              <wp:lineTo x="15049" y="12112"/>
              <wp:lineTo x="21246" y="10598"/>
              <wp:lineTo x="21246" y="2271"/>
              <wp:lineTo x="20361" y="0"/>
              <wp:lineTo x="14607" y="0"/>
            </wp:wrapPolygon>
          </wp:wrapTight>
          <wp:docPr id="120685551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385299" name="Imagem 20338529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964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6753A06"/>
    <w:multiLevelType w:val="hybridMultilevel"/>
    <w:tmpl w:val="851636A6"/>
    <w:lvl w:ilvl="0" w:tplc="0416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0" w15:restartNumberingAfterBreak="0">
    <w:nsid w:val="519B5DC9"/>
    <w:multiLevelType w:val="hybridMultilevel"/>
    <w:tmpl w:val="828A4C5C"/>
    <w:lvl w:ilvl="0" w:tplc="0416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 w16cid:durableId="376320637">
    <w:abstractNumId w:val="8"/>
  </w:num>
  <w:num w:numId="2" w16cid:durableId="1449812050">
    <w:abstractNumId w:val="6"/>
  </w:num>
  <w:num w:numId="3" w16cid:durableId="2004166192">
    <w:abstractNumId w:val="5"/>
  </w:num>
  <w:num w:numId="4" w16cid:durableId="870731049">
    <w:abstractNumId w:val="4"/>
  </w:num>
  <w:num w:numId="5" w16cid:durableId="1795827408">
    <w:abstractNumId w:val="7"/>
  </w:num>
  <w:num w:numId="6" w16cid:durableId="1950549108">
    <w:abstractNumId w:val="3"/>
  </w:num>
  <w:num w:numId="7" w16cid:durableId="1533221938">
    <w:abstractNumId w:val="2"/>
  </w:num>
  <w:num w:numId="8" w16cid:durableId="83888498">
    <w:abstractNumId w:val="1"/>
  </w:num>
  <w:num w:numId="9" w16cid:durableId="2013100371">
    <w:abstractNumId w:val="0"/>
  </w:num>
  <w:num w:numId="10" w16cid:durableId="1779524189">
    <w:abstractNumId w:val="10"/>
  </w:num>
  <w:num w:numId="11" w16cid:durableId="16914871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6AA7"/>
    <w:rsid w:val="0006063C"/>
    <w:rsid w:val="0015074B"/>
    <w:rsid w:val="001C3AB1"/>
    <w:rsid w:val="0029639D"/>
    <w:rsid w:val="002D0495"/>
    <w:rsid w:val="00326F90"/>
    <w:rsid w:val="0033452C"/>
    <w:rsid w:val="00352260"/>
    <w:rsid w:val="00387610"/>
    <w:rsid w:val="004860FA"/>
    <w:rsid w:val="005B2F73"/>
    <w:rsid w:val="00600870"/>
    <w:rsid w:val="006848A0"/>
    <w:rsid w:val="006A2E40"/>
    <w:rsid w:val="0077041A"/>
    <w:rsid w:val="007D3CC8"/>
    <w:rsid w:val="0087421F"/>
    <w:rsid w:val="00A17764"/>
    <w:rsid w:val="00AA1D8D"/>
    <w:rsid w:val="00B47730"/>
    <w:rsid w:val="00C0100F"/>
    <w:rsid w:val="00C43F5B"/>
    <w:rsid w:val="00CB0664"/>
    <w:rsid w:val="00CC7101"/>
    <w:rsid w:val="00D30D86"/>
    <w:rsid w:val="00E36E47"/>
    <w:rsid w:val="00EB39D6"/>
    <w:rsid w:val="00EC1583"/>
    <w:rsid w:val="00ED296C"/>
    <w:rsid w:val="00F249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C46766"/>
  <w14:defaultImageDpi w14:val="300"/>
  <w15:docId w15:val="{174C03EE-847D-4BE4-81E4-C7EB777BF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9D6"/>
    <w:rPr>
      <w:rFonts w:ascii="Arial" w:eastAsia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2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  <w:sz w:val="2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yperlink1">
    <w:name w:val="Hyperlink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1477</Words>
  <Characters>7981</Characters>
  <Application>Microsoft Office Word</Application>
  <DocSecurity>0</DocSecurity>
  <Lines>66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Marcel Colombo</cp:lastModifiedBy>
  <cp:revision>4</cp:revision>
  <dcterms:created xsi:type="dcterms:W3CDTF">2026-06-28T21:53:00Z</dcterms:created>
  <dcterms:modified xsi:type="dcterms:W3CDTF">2026-07-28T15:54:00Z</dcterms:modified>
  <cp:category/>
</cp:coreProperties>
</file>